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1815E" w14:textId="77777777" w:rsidR="00B90003" w:rsidRDefault="00D05881">
      <w:pPr>
        <w:pStyle w:val="Title"/>
        <w:spacing w:before="2400" w:after="360"/>
        <w:jc w:val="center"/>
      </w:pPr>
      <w:r>
        <w:t>Finding an ADHD-Informed Therapist</w:t>
      </w:r>
    </w:p>
    <w:p w14:paraId="0BDCADD2" w14:textId="77777777" w:rsidR="00B90003" w:rsidRDefault="00D05881">
      <w:pPr>
        <w:spacing w:after="480"/>
        <w:jc w:val="center"/>
      </w:pPr>
      <w:r>
        <w:rPr>
          <w:b/>
          <w:color w:val="5F6F4F"/>
          <w:sz w:val="22"/>
        </w:rPr>
        <w:t>A neuroaffirming therapist search toolkit</w:t>
      </w:r>
    </w:p>
    <w:p w14:paraId="2C050D63" w14:textId="77777777" w:rsidR="00B90003" w:rsidRDefault="00D05881">
      <w:pPr>
        <w:spacing w:after="560"/>
        <w:ind w:left="1080" w:right="1080"/>
        <w:jc w:val="center"/>
      </w:pPr>
      <w:r>
        <w:t>Finding a therapist can be hard. ADHD can make the process harder.</w:t>
      </w:r>
      <w:r w:rsidR="00C43EB4">
        <w:t xml:space="preserve"> </w:t>
      </w:r>
      <w:r>
        <w:t>This toolkit is meant to make the process a little easier.</w:t>
      </w:r>
    </w:p>
    <w:p w14:paraId="58DF4CFF" w14:textId="77777777" w:rsidR="00D249C2" w:rsidRDefault="00D05881">
      <w:pPr>
        <w:spacing w:after="360"/>
        <w:jc w:val="center"/>
      </w:pPr>
      <w:r>
        <w:rPr>
          <w:color w:val="5F6F4F"/>
          <w:sz w:val="20"/>
        </w:rPr>
        <w:t>Jesse Jonesberg, MSW, LCSW, CPS</w:t>
      </w:r>
      <w:r>
        <w:rPr>
          <w:color w:val="5F6F4F"/>
          <w:sz w:val="20"/>
        </w:rPr>
        <w:br/>
        <w:t>Divergent Therapy  |  divergenttherapy.org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90003" w14:paraId="677C05E3" w14:textId="77777777">
        <w:trPr>
          <w:jc w:val="center"/>
        </w:trPr>
        <w:tc>
          <w:tcPr>
            <w:tcW w:w="10368" w:type="dxa"/>
            <w:shd w:val="clear" w:color="auto" w:fill="E9E2D2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999AC84" w14:textId="77777777" w:rsidR="00B90003" w:rsidRDefault="00D05881">
            <w:pPr>
              <w:jc w:val="center"/>
            </w:pPr>
            <w:r>
              <w:rPr>
                <w:b/>
                <w:color w:val="564B3A"/>
                <w:sz w:val="22"/>
              </w:rPr>
              <w:t>Use what helps</w:t>
            </w:r>
            <w:r w:rsidR="007063B0">
              <w:rPr>
                <w:b/>
                <w:color w:val="564B3A"/>
                <w:sz w:val="22"/>
              </w:rPr>
              <w:t>,</w:t>
            </w:r>
            <w:r>
              <w:rPr>
                <w:b/>
                <w:color w:val="564B3A"/>
                <w:sz w:val="22"/>
              </w:rPr>
              <w:t xml:space="preserve"> </w:t>
            </w:r>
            <w:r w:rsidR="00CD6EDB">
              <w:rPr>
                <w:b/>
                <w:color w:val="564B3A"/>
                <w:sz w:val="22"/>
              </w:rPr>
              <w:t>s</w:t>
            </w:r>
            <w:r>
              <w:rPr>
                <w:b/>
                <w:color w:val="564B3A"/>
                <w:sz w:val="22"/>
              </w:rPr>
              <w:t xml:space="preserve">kip </w:t>
            </w:r>
            <w:r w:rsidR="00CD6EDB">
              <w:rPr>
                <w:b/>
                <w:color w:val="564B3A"/>
                <w:sz w:val="22"/>
              </w:rPr>
              <w:t>everything else</w:t>
            </w:r>
            <w:r>
              <w:rPr>
                <w:b/>
                <w:color w:val="564B3A"/>
                <w:sz w:val="22"/>
              </w:rPr>
              <w:t>.</w:t>
            </w:r>
          </w:p>
        </w:tc>
      </w:tr>
    </w:tbl>
    <w:p w14:paraId="1BFACFAD" w14:textId="77777777" w:rsidR="00D249C2" w:rsidRDefault="00D05881">
      <w:r>
        <w:br w:type="page"/>
      </w:r>
    </w:p>
    <w:p w14:paraId="7FFDDD23" w14:textId="77777777" w:rsidR="00D249C2" w:rsidRDefault="00D05881">
      <w:pPr>
        <w:pStyle w:val="Title"/>
        <w:spacing w:after="360"/>
      </w:pPr>
      <w:r>
        <w:lastRenderedPageBreak/>
        <w:t>Table of Contents</w:t>
      </w:r>
    </w:p>
    <w:p w14:paraId="491977E2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Three simple steps</w:t>
      </w:r>
      <w:r>
        <w:tab/>
      </w:r>
      <w:r>
        <w:rPr>
          <w:sz w:val="22"/>
        </w:rPr>
        <w:t>3</w:t>
      </w:r>
    </w:p>
    <w:p w14:paraId="7118EFCA" w14:textId="77777777" w:rsidR="00D249C2" w:rsidRDefault="00D05881">
      <w:pPr>
        <w:tabs>
          <w:tab w:val="right" w:leader="dot" w:pos="8856"/>
        </w:tabs>
        <w:spacing w:after="160"/>
      </w:pPr>
      <w:r>
        <w:rPr>
          <w:b/>
          <w:sz w:val="22"/>
        </w:rPr>
        <w:t>1. Before the Consultation</w:t>
      </w:r>
      <w:r>
        <w:tab/>
      </w:r>
      <w:r>
        <w:rPr>
          <w:sz w:val="22"/>
        </w:rPr>
        <w:t>4</w:t>
      </w:r>
    </w:p>
    <w:p w14:paraId="64B41EA7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Types of Therapy</w:t>
      </w:r>
      <w:r>
        <w:tab/>
      </w:r>
      <w:r>
        <w:rPr>
          <w:sz w:val="22"/>
        </w:rPr>
        <w:t>5</w:t>
      </w:r>
    </w:p>
    <w:p w14:paraId="6D08D9B0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Finding a Therapist</w:t>
      </w:r>
      <w:r>
        <w:tab/>
      </w:r>
      <w:r>
        <w:rPr>
          <w:sz w:val="22"/>
        </w:rPr>
        <w:t>7</w:t>
      </w:r>
    </w:p>
    <w:p w14:paraId="079419CB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Reach Out</w:t>
      </w:r>
      <w:r>
        <w:tab/>
      </w:r>
      <w:r>
        <w:rPr>
          <w:sz w:val="22"/>
        </w:rPr>
        <w:t>8</w:t>
      </w:r>
    </w:p>
    <w:p w14:paraId="57AE471A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Prepare Questions for the Consultation</w:t>
      </w:r>
      <w:r>
        <w:tab/>
      </w:r>
      <w:r>
        <w:rPr>
          <w:sz w:val="22"/>
        </w:rPr>
        <w:t>10</w:t>
      </w:r>
    </w:p>
    <w:p w14:paraId="53EA9FCA" w14:textId="77777777" w:rsidR="00D249C2" w:rsidRDefault="00D05881">
      <w:pPr>
        <w:tabs>
          <w:tab w:val="right" w:leader="dot" w:pos="8856"/>
        </w:tabs>
        <w:spacing w:after="160"/>
      </w:pPr>
      <w:r>
        <w:rPr>
          <w:b/>
          <w:sz w:val="22"/>
        </w:rPr>
        <w:t>2. The Consultation</w:t>
      </w:r>
      <w:r>
        <w:tab/>
      </w:r>
      <w:r>
        <w:rPr>
          <w:sz w:val="22"/>
        </w:rPr>
        <w:t>11</w:t>
      </w:r>
    </w:p>
    <w:p w14:paraId="6B00DF13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Therapist Notes</w:t>
      </w:r>
      <w:r>
        <w:tab/>
      </w:r>
      <w:r>
        <w:rPr>
          <w:sz w:val="22"/>
        </w:rPr>
        <w:t>13</w:t>
      </w:r>
    </w:p>
    <w:p w14:paraId="1B7ABBD0" w14:textId="77777777" w:rsidR="00D249C2" w:rsidRDefault="00D05881">
      <w:pPr>
        <w:tabs>
          <w:tab w:val="right" w:leader="dot" w:pos="8856"/>
        </w:tabs>
        <w:spacing w:after="160"/>
      </w:pPr>
      <w:r>
        <w:rPr>
          <w:b/>
          <w:sz w:val="22"/>
        </w:rPr>
        <w:t>3. After the Consultation</w:t>
      </w:r>
      <w:r>
        <w:tab/>
      </w:r>
      <w:r>
        <w:rPr>
          <w:sz w:val="22"/>
        </w:rPr>
        <w:t>14</w:t>
      </w:r>
    </w:p>
    <w:p w14:paraId="4E83E138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Your First Appointment</w:t>
      </w:r>
      <w:r>
        <w:tab/>
      </w:r>
      <w:r>
        <w:rPr>
          <w:sz w:val="22"/>
        </w:rPr>
        <w:t>15</w:t>
      </w:r>
    </w:p>
    <w:p w14:paraId="34640633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Therapy Fit Check-In</w:t>
      </w:r>
      <w:r>
        <w:tab/>
      </w:r>
      <w:r>
        <w:rPr>
          <w:sz w:val="22"/>
        </w:rPr>
        <w:t>16</w:t>
      </w:r>
    </w:p>
    <w:p w14:paraId="7C4E98BB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Resources</w:t>
      </w:r>
      <w:r>
        <w:tab/>
      </w:r>
      <w:r>
        <w:rPr>
          <w:sz w:val="22"/>
        </w:rPr>
        <w:t>18</w:t>
      </w:r>
    </w:p>
    <w:p w14:paraId="6E4645B3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Selected Bibliography</w:t>
      </w:r>
      <w:r>
        <w:tab/>
      </w:r>
      <w:r>
        <w:rPr>
          <w:sz w:val="22"/>
        </w:rPr>
        <w:t>20</w:t>
      </w:r>
    </w:p>
    <w:p w14:paraId="18ECE954" w14:textId="77777777" w:rsidR="00D249C2" w:rsidRDefault="00D05881">
      <w:r>
        <w:br w:type="page"/>
      </w:r>
    </w:p>
    <w:p w14:paraId="53BFF463" w14:textId="77777777" w:rsidR="00B90003" w:rsidRDefault="00B90003">
      <w:pPr>
        <w:spacing w:after="0"/>
      </w:pPr>
    </w:p>
    <w:p w14:paraId="060F4EA3" w14:textId="77777777" w:rsidR="00CD6EDB" w:rsidRDefault="00CD6EDB">
      <w:pPr>
        <w:pStyle w:val="Heading1"/>
      </w:pPr>
    </w:p>
    <w:p w14:paraId="1448806F" w14:textId="77777777" w:rsidR="00CD6EDB" w:rsidRDefault="00CD6EDB">
      <w:pPr>
        <w:pStyle w:val="Heading1"/>
      </w:pPr>
    </w:p>
    <w:p w14:paraId="4502C032" w14:textId="77777777" w:rsidR="00907B45" w:rsidRDefault="00907B45">
      <w:pPr>
        <w:pStyle w:val="Heading1"/>
      </w:pPr>
    </w:p>
    <w:p w14:paraId="6DC5ABE5" w14:textId="77777777" w:rsidR="00907B45" w:rsidRDefault="00907B45">
      <w:pPr>
        <w:pStyle w:val="Heading1"/>
      </w:pPr>
    </w:p>
    <w:p w14:paraId="332F822F" w14:textId="77777777" w:rsidR="00907B45" w:rsidRDefault="00907B45">
      <w:pPr>
        <w:pStyle w:val="Heading1"/>
      </w:pPr>
    </w:p>
    <w:p w14:paraId="25D3B0D4" w14:textId="77777777" w:rsidR="00907B45" w:rsidRDefault="00907B45">
      <w:pPr>
        <w:pStyle w:val="Heading1"/>
      </w:pPr>
    </w:p>
    <w:p w14:paraId="6494E965" w14:textId="77777777" w:rsidR="00907B45" w:rsidRDefault="00907B45">
      <w:pPr>
        <w:pStyle w:val="Heading1"/>
      </w:pPr>
    </w:p>
    <w:p w14:paraId="3C73E529" w14:textId="4533857D" w:rsidR="00B90003" w:rsidRDefault="00D05881">
      <w:pPr>
        <w:pStyle w:val="Heading1"/>
      </w:pPr>
      <w:r>
        <w:t>Three simple steps</w:t>
      </w:r>
    </w:p>
    <w:p w14:paraId="452B30A2" w14:textId="77777777" w:rsidR="00CD6EDB" w:rsidRPr="00CD6EDB" w:rsidRDefault="00CD6EDB" w:rsidP="00CD6EDB"/>
    <w:p w14:paraId="24F58F6B" w14:textId="386B1434" w:rsidR="00B90003" w:rsidRPr="00EC299B" w:rsidRDefault="00D05881" w:rsidP="00734509">
      <w:pPr>
        <w:pStyle w:val="ListBullet"/>
        <w:numPr>
          <w:ilvl w:val="0"/>
          <w:numId w:val="10"/>
        </w:numPr>
        <w:spacing w:after="40"/>
        <w:rPr>
          <w:b/>
          <w:bCs/>
          <w:sz w:val="28"/>
          <w:szCs w:val="28"/>
        </w:rPr>
      </w:pPr>
      <w:r w:rsidRPr="00734509">
        <w:rPr>
          <w:b/>
          <w:bCs/>
          <w:sz w:val="28"/>
          <w:szCs w:val="28"/>
          <w:u w:val="single"/>
        </w:rPr>
        <w:t>B</w:t>
      </w:r>
      <w:r w:rsidR="00CD6EDB" w:rsidRPr="00734509">
        <w:rPr>
          <w:b/>
          <w:bCs/>
          <w:sz w:val="28"/>
          <w:szCs w:val="28"/>
          <w:u w:val="single"/>
        </w:rPr>
        <w:t xml:space="preserve">efore the </w:t>
      </w:r>
      <w:r w:rsidR="00734509" w:rsidRPr="00734509">
        <w:rPr>
          <w:b/>
          <w:bCs/>
          <w:sz w:val="28"/>
          <w:szCs w:val="28"/>
          <w:u w:val="single"/>
        </w:rPr>
        <w:t>consultation</w:t>
      </w:r>
      <w:r w:rsidR="00907B45" w:rsidRPr="00734509">
        <w:rPr>
          <w:b/>
          <w:bCs/>
          <w:sz w:val="28"/>
          <w:szCs w:val="28"/>
          <w:u w:val="single"/>
        </w:rPr>
        <w:t>:</w:t>
      </w:r>
      <w:r w:rsidR="00907B45" w:rsidRPr="00734509">
        <w:rPr>
          <w:b/>
          <w:bCs/>
          <w:sz w:val="28"/>
          <w:szCs w:val="28"/>
        </w:rPr>
        <w:t xml:space="preserve"> </w:t>
      </w:r>
      <w:r w:rsidR="00907B45" w:rsidRPr="00734509">
        <w:rPr>
          <w:sz w:val="28"/>
          <w:szCs w:val="28"/>
        </w:rPr>
        <w:t>decide</w:t>
      </w:r>
      <w:r w:rsidRPr="00734509">
        <w:rPr>
          <w:sz w:val="28"/>
          <w:szCs w:val="28"/>
        </w:rPr>
        <w:t xml:space="preserve"> what matters</w:t>
      </w:r>
      <w:r w:rsidR="00CD6EDB" w:rsidRPr="00734509">
        <w:rPr>
          <w:sz w:val="28"/>
          <w:szCs w:val="28"/>
        </w:rPr>
        <w:t xml:space="preserve"> to you</w:t>
      </w:r>
      <w:r w:rsidRPr="00734509">
        <w:rPr>
          <w:sz w:val="28"/>
          <w:szCs w:val="28"/>
        </w:rPr>
        <w:t xml:space="preserve">, search </w:t>
      </w:r>
      <w:r w:rsidR="00CD6EDB" w:rsidRPr="00734509">
        <w:rPr>
          <w:sz w:val="28"/>
          <w:szCs w:val="28"/>
        </w:rPr>
        <w:t xml:space="preserve">for </w:t>
      </w:r>
      <w:r w:rsidRPr="00734509">
        <w:rPr>
          <w:sz w:val="28"/>
          <w:szCs w:val="28"/>
        </w:rPr>
        <w:t>and choose a few people to contact.</w:t>
      </w:r>
    </w:p>
    <w:p w14:paraId="7B8BCA2B" w14:textId="77777777" w:rsidR="00EC299B" w:rsidRDefault="00EC299B" w:rsidP="00EC299B">
      <w:pPr>
        <w:pStyle w:val="ListBullet"/>
        <w:numPr>
          <w:ilvl w:val="0"/>
          <w:numId w:val="0"/>
        </w:numPr>
        <w:spacing w:after="40"/>
        <w:ind w:left="720"/>
        <w:rPr>
          <w:b/>
          <w:bCs/>
          <w:sz w:val="28"/>
          <w:szCs w:val="28"/>
          <w:u w:val="single"/>
        </w:rPr>
      </w:pPr>
    </w:p>
    <w:p w14:paraId="3CD7CCB5" w14:textId="77777777" w:rsidR="00EC299B" w:rsidRPr="00734509" w:rsidRDefault="00EC299B" w:rsidP="00EC299B">
      <w:pPr>
        <w:pStyle w:val="ListBullet"/>
        <w:numPr>
          <w:ilvl w:val="0"/>
          <w:numId w:val="0"/>
        </w:numPr>
        <w:spacing w:after="40"/>
        <w:ind w:left="720"/>
        <w:rPr>
          <w:b/>
          <w:bCs/>
          <w:sz w:val="28"/>
          <w:szCs w:val="28"/>
        </w:rPr>
      </w:pPr>
    </w:p>
    <w:p w14:paraId="3DD5039C" w14:textId="77777777" w:rsidR="00734509" w:rsidRDefault="00734509" w:rsidP="00734509">
      <w:pPr>
        <w:pStyle w:val="ListBullet"/>
        <w:numPr>
          <w:ilvl w:val="0"/>
          <w:numId w:val="10"/>
        </w:numPr>
        <w:spacing w:after="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The </w:t>
      </w:r>
      <w:r w:rsidR="00EC299B">
        <w:rPr>
          <w:b/>
          <w:bCs/>
          <w:sz w:val="28"/>
          <w:szCs w:val="28"/>
          <w:u w:val="single"/>
        </w:rPr>
        <w:t>c</w:t>
      </w:r>
      <w:r>
        <w:rPr>
          <w:b/>
          <w:bCs/>
          <w:sz w:val="28"/>
          <w:szCs w:val="28"/>
          <w:u w:val="single"/>
        </w:rPr>
        <w:t>onsultation</w:t>
      </w:r>
      <w:r w:rsidR="00EC299B">
        <w:rPr>
          <w:b/>
          <w:bCs/>
          <w:sz w:val="28"/>
          <w:szCs w:val="28"/>
          <w:u w:val="single"/>
        </w:rPr>
        <w:t>:</w:t>
      </w:r>
      <w:r w:rsidR="00EC299B">
        <w:rPr>
          <w:b/>
          <w:bCs/>
          <w:sz w:val="28"/>
          <w:szCs w:val="28"/>
        </w:rPr>
        <w:t xml:space="preserve"> </w:t>
      </w:r>
      <w:r w:rsidR="00EC299B" w:rsidRPr="00EC299B">
        <w:rPr>
          <w:sz w:val="28"/>
          <w:szCs w:val="28"/>
        </w:rPr>
        <w:t>ask questions and notice how you connect and feel.</w:t>
      </w:r>
      <w:r w:rsidR="00EC299B">
        <w:rPr>
          <w:b/>
          <w:bCs/>
          <w:sz w:val="28"/>
          <w:szCs w:val="28"/>
        </w:rPr>
        <w:t xml:space="preserve"> </w:t>
      </w:r>
    </w:p>
    <w:p w14:paraId="2FF858EE" w14:textId="77777777" w:rsidR="001D0A43" w:rsidRDefault="001D0A43" w:rsidP="001D0A43">
      <w:pPr>
        <w:pStyle w:val="ListBullet"/>
        <w:numPr>
          <w:ilvl w:val="0"/>
          <w:numId w:val="0"/>
        </w:numPr>
        <w:spacing w:after="40"/>
        <w:ind w:left="360" w:hanging="360"/>
        <w:rPr>
          <w:b/>
          <w:bCs/>
          <w:sz w:val="28"/>
          <w:szCs w:val="28"/>
        </w:rPr>
      </w:pPr>
    </w:p>
    <w:p w14:paraId="65787375" w14:textId="77777777" w:rsidR="001D0A43" w:rsidRDefault="001D0A43" w:rsidP="001D0A43">
      <w:pPr>
        <w:pStyle w:val="ListBullet"/>
        <w:numPr>
          <w:ilvl w:val="0"/>
          <w:numId w:val="0"/>
        </w:numPr>
        <w:spacing w:after="40"/>
        <w:ind w:left="360" w:hanging="360"/>
        <w:rPr>
          <w:b/>
          <w:bCs/>
          <w:sz w:val="28"/>
          <w:szCs w:val="28"/>
        </w:rPr>
      </w:pPr>
    </w:p>
    <w:p w14:paraId="58F236E7" w14:textId="77777777" w:rsidR="00EC299B" w:rsidRPr="001D0A43" w:rsidRDefault="00EC299B" w:rsidP="00734509">
      <w:pPr>
        <w:pStyle w:val="ListBullet"/>
        <w:numPr>
          <w:ilvl w:val="0"/>
          <w:numId w:val="10"/>
        </w:numPr>
        <w:spacing w:after="40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After the consultation:</w:t>
      </w:r>
      <w:r>
        <w:rPr>
          <w:b/>
          <w:bCs/>
          <w:sz w:val="28"/>
          <w:szCs w:val="28"/>
        </w:rPr>
        <w:t xml:space="preserve"> </w:t>
      </w:r>
      <w:r w:rsidR="00FB27A6" w:rsidRPr="001D0A43">
        <w:rPr>
          <w:sz w:val="28"/>
          <w:szCs w:val="28"/>
        </w:rPr>
        <w:t xml:space="preserve">reflect and document your experience </w:t>
      </w:r>
      <w:r w:rsidR="001D0A43" w:rsidRPr="001D0A43">
        <w:rPr>
          <w:sz w:val="28"/>
          <w:szCs w:val="28"/>
        </w:rPr>
        <w:t>with the therapist.</w:t>
      </w:r>
    </w:p>
    <w:p w14:paraId="5F312F3B" w14:textId="77777777" w:rsidR="00B90003" w:rsidRDefault="00D05881">
      <w:r>
        <w:br w:type="page"/>
      </w:r>
    </w:p>
    <w:p w14:paraId="7CEDD92D" w14:textId="77777777" w:rsidR="00B90003" w:rsidRDefault="00D05881" w:rsidP="00FD5EAA">
      <w:pPr>
        <w:pStyle w:val="Title"/>
      </w:pPr>
      <w:r>
        <w:lastRenderedPageBreak/>
        <w:t>1. Before the Consultation</w:t>
      </w:r>
    </w:p>
    <w:p w14:paraId="4BB17F05" w14:textId="77777777" w:rsidR="00B90003" w:rsidRPr="00DB4680" w:rsidRDefault="00DB4680">
      <w:pPr>
        <w:spacing w:after="0"/>
        <w:rPr>
          <w:i/>
          <w:iCs/>
          <w:sz w:val="24"/>
          <w:szCs w:val="24"/>
        </w:rPr>
      </w:pPr>
      <w:r w:rsidRPr="00DB4680">
        <w:rPr>
          <w:i/>
          <w:iCs/>
          <w:sz w:val="24"/>
          <w:szCs w:val="24"/>
        </w:rPr>
        <w:t>Circle what matters to you most in your therapy services, then sort your selections into the chart below.</w:t>
      </w:r>
    </w:p>
    <w:p w14:paraId="7362BD67" w14:textId="77777777" w:rsidR="00DC487D" w:rsidRPr="000674D5" w:rsidRDefault="00D05881" w:rsidP="00DC487D">
      <w:pPr>
        <w:pStyle w:val="Heading2"/>
        <w:rPr>
          <w:u w:val="single"/>
        </w:rPr>
      </w:pPr>
      <w:r w:rsidRPr="000674D5">
        <w:rPr>
          <w:u w:val="single"/>
        </w:rPr>
        <w:t>Practical</w:t>
      </w:r>
    </w:p>
    <w:p w14:paraId="2E090969" w14:textId="77777777" w:rsidR="00B90003" w:rsidRDefault="00D05881">
      <w:r>
        <w:t>cost  •  insurance  •  sliding scale  •  location  •  telehealth  •  in person  •  evening hours  •  daytime hours  •  schedule flexibility  •  accessibility  •  cancellation policy  •  wait time</w:t>
      </w:r>
    </w:p>
    <w:p w14:paraId="2BBAD7B0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Identity + worldview</w:t>
      </w:r>
    </w:p>
    <w:p w14:paraId="39F14CE9" w14:textId="77777777" w:rsidR="00B90003" w:rsidRDefault="00D05881">
      <w:r>
        <w:t>LGBTQ+ affirming  •  religion or spirituality  •  secular  •  cultural understanding  •  racial or ethnic identity  •  gender  •  social justice awareness  •  disability awareness</w:t>
      </w:r>
    </w:p>
    <w:p w14:paraId="7920558A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ADHD + neurodivergence</w:t>
      </w:r>
    </w:p>
    <w:p w14:paraId="687E9999" w14:textId="77777777" w:rsidR="00B90003" w:rsidRDefault="00D05881">
      <w:r>
        <w:t>adult ADHD experience  •  AuDHD experience  •  neuroaffirming approach  •  executive function support  •  accommodations  •  late diagnosis experience  •  lived experience  •  does not require masking</w:t>
      </w:r>
    </w:p>
    <w:p w14:paraId="5BD77632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Therapy approach</w:t>
      </w:r>
    </w:p>
    <w:p w14:paraId="73DE406A" w14:textId="77777777" w:rsidR="00B90003" w:rsidRDefault="00D05881">
      <w:r>
        <w:t>Brainspotting  •  CBT  •  ACT  •  DBT  •  EMDR  •  IFS or parts work  •  somatic therapy  •  mindfulness  •  self-compassion  •  psychodynamic  •  person-centered  •  skills or coaching support</w:t>
      </w:r>
    </w:p>
    <w:p w14:paraId="305A240F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Therapist style</w:t>
      </w:r>
    </w:p>
    <w:p w14:paraId="0D262F8A" w14:textId="77777777" w:rsidR="00B90003" w:rsidRDefault="00D05881">
      <w:r>
        <w:t>casual  •  formal  •  gentle  •  direct  •  mostly listening  •  active feedback  •  client-led  •  more structured  •  emotionally expressive  •  more reserved  •  flexible  •  practical</w:t>
      </w:r>
    </w:p>
    <w:p w14:paraId="0CFA7DAE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Experience + background</w:t>
      </w:r>
    </w:p>
    <w:p w14:paraId="00B426B3" w14:textId="77777777" w:rsidR="00B90003" w:rsidRDefault="00D05881">
      <w:r>
        <w:t xml:space="preserve">fully licensed  •  prelicensed therapist  •  years in practice  •  ADHD-specific training  •  advanced modality training  •  certification  •  trauma experience  </w:t>
      </w:r>
    </w:p>
    <w:p w14:paraId="1A3D5422" w14:textId="77777777" w:rsidR="00FD5EAA" w:rsidRPr="0044103D" w:rsidRDefault="00FD5EAA" w:rsidP="00FD5EAA">
      <w:pPr>
        <w:pStyle w:val="Heading2"/>
        <w:rPr>
          <w:u w:val="single"/>
        </w:rPr>
      </w:pPr>
      <w:r w:rsidRPr="0044103D">
        <w:rPr>
          <w:u w:val="single"/>
        </w:rPr>
        <w:t>Other (add your own)</w:t>
      </w:r>
    </w:p>
    <w:p w14:paraId="3DD14B2F" w14:textId="77777777" w:rsidR="00FD5EAA" w:rsidRDefault="00FD5EAA"/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2590"/>
        <w:gridCol w:w="2590"/>
        <w:gridCol w:w="2589"/>
      </w:tblGrid>
      <w:tr w:rsidR="00907B45" w14:paraId="0CE83E79" w14:textId="77777777" w:rsidTr="00907B45">
        <w:tc>
          <w:tcPr>
            <w:tcW w:w="2589" w:type="dxa"/>
            <w:shd w:val="clear" w:color="auto" w:fill="E7DDCD"/>
          </w:tcPr>
          <w:p w14:paraId="31C13B94" w14:textId="77777777" w:rsidR="00907B45" w:rsidRDefault="00907B45" w:rsidP="00907B45">
            <w:r>
              <w:rPr>
                <w:b/>
              </w:rPr>
              <w:t>NEED</w:t>
            </w:r>
          </w:p>
        </w:tc>
        <w:tc>
          <w:tcPr>
            <w:tcW w:w="2590" w:type="dxa"/>
            <w:shd w:val="clear" w:color="auto" w:fill="E2E7D8"/>
          </w:tcPr>
          <w:p w14:paraId="5D175CAE" w14:textId="77777777" w:rsidR="00907B45" w:rsidRDefault="00907B45" w:rsidP="00907B45">
            <w:r>
              <w:rPr>
                <w:b/>
              </w:rPr>
              <w:t>PREFER</w:t>
            </w:r>
          </w:p>
        </w:tc>
        <w:tc>
          <w:tcPr>
            <w:tcW w:w="2590" w:type="dxa"/>
            <w:shd w:val="clear" w:color="auto" w:fill="EEE9DF"/>
          </w:tcPr>
          <w:p w14:paraId="644B56BA" w14:textId="77777777" w:rsidR="00907B45" w:rsidRDefault="00907B45" w:rsidP="00907B45">
            <w:r>
              <w:rPr>
                <w:b/>
              </w:rPr>
              <w:t>DOESN'T MATTER</w:t>
            </w:r>
          </w:p>
        </w:tc>
        <w:tc>
          <w:tcPr>
            <w:tcW w:w="2589" w:type="dxa"/>
            <w:shd w:val="clear" w:color="auto" w:fill="E7E2EA"/>
          </w:tcPr>
          <w:p w14:paraId="394AFD68" w14:textId="77777777" w:rsidR="00907B45" w:rsidRDefault="00907B45" w:rsidP="00907B45">
            <w:r>
              <w:rPr>
                <w:b/>
              </w:rPr>
              <w:t>NOT SURE</w:t>
            </w:r>
          </w:p>
        </w:tc>
      </w:tr>
      <w:tr w:rsidR="00907B45" w14:paraId="59338DDB" w14:textId="77777777" w:rsidTr="00907B45">
        <w:trPr>
          <w:trHeight w:val="3278"/>
        </w:trPr>
        <w:tc>
          <w:tcPr>
            <w:tcW w:w="2589" w:type="dxa"/>
          </w:tcPr>
          <w:p w14:paraId="44B16A91" w14:textId="77777777" w:rsidR="00907B45" w:rsidRDefault="00907B45" w:rsidP="00907B45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2590" w:type="dxa"/>
          </w:tcPr>
          <w:p w14:paraId="655228DF" w14:textId="77777777" w:rsidR="00907B45" w:rsidRDefault="00907B45" w:rsidP="00907B45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2590" w:type="dxa"/>
          </w:tcPr>
          <w:p w14:paraId="1BF6D7F1" w14:textId="77777777" w:rsidR="00907B45" w:rsidRDefault="00907B45" w:rsidP="00907B45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2589" w:type="dxa"/>
          </w:tcPr>
          <w:p w14:paraId="67C705BA" w14:textId="77777777" w:rsidR="00907B45" w:rsidRDefault="00907B45" w:rsidP="00907B45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213E1D36" w14:textId="77777777" w:rsidR="00FD5EAA" w:rsidRDefault="00FD5EAA"/>
    <w:p w14:paraId="6C9A87ED" w14:textId="77777777" w:rsidR="00B90003" w:rsidRDefault="00B90003"/>
    <w:p w14:paraId="7F5D737F" w14:textId="77777777" w:rsidR="00B90003" w:rsidRDefault="00D05881">
      <w:pPr>
        <w:pStyle w:val="Title"/>
      </w:pPr>
      <w:r>
        <w:lastRenderedPageBreak/>
        <w:t>Types of Therapy</w:t>
      </w:r>
    </w:p>
    <w:p w14:paraId="3F24DEA0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Thought + behavior focused</w:t>
      </w:r>
    </w:p>
    <w:p w14:paraId="047D73F9" w14:textId="77777777" w:rsidR="00B90003" w:rsidRPr="001F2714" w:rsidRDefault="003D663E">
      <w:pPr>
        <w:rPr>
          <w:i/>
          <w:iCs/>
        </w:rPr>
      </w:pPr>
      <w:r>
        <w:rPr>
          <w:i/>
          <w:iCs/>
        </w:rPr>
        <w:t>P</w:t>
      </w:r>
      <w:r w:rsidRPr="001F2714">
        <w:rPr>
          <w:i/>
          <w:iCs/>
        </w:rPr>
        <w:t>ractical and structured. You may notice patterns, test strategies and practice new skills.</w:t>
      </w:r>
      <w:r w:rsidR="001F2714">
        <w:rPr>
          <w:i/>
          <w:iCs/>
        </w:rPr>
        <w:t xml:space="preserve"> Homework may be involved and may focus</w:t>
      </w:r>
      <w:r w:rsidR="00AD5992">
        <w:rPr>
          <w:i/>
          <w:iCs/>
        </w:rPr>
        <w:t xml:space="preserve"> on changing thought patterns. </w:t>
      </w:r>
    </w:p>
    <w:p w14:paraId="5BD6D4BF" w14:textId="77777777" w:rsidR="00B90003" w:rsidRPr="00F66E4A" w:rsidRDefault="00EF03E1" w:rsidP="00F66E4A">
      <w:pPr>
        <w:pStyle w:val="ListBullet"/>
        <w:numPr>
          <w:ilvl w:val="0"/>
          <w:numId w:val="0"/>
        </w:numPr>
        <w:spacing w:after="40"/>
        <w:jc w:val="center"/>
        <w:rPr>
          <w:sz w:val="24"/>
          <w:szCs w:val="24"/>
        </w:rPr>
      </w:pPr>
      <w:r w:rsidRPr="00EF03E1">
        <w:t xml:space="preserve">•  </w:t>
      </w:r>
      <w:r w:rsidR="001F2714" w:rsidRPr="00F66E4A">
        <w:rPr>
          <w:sz w:val="24"/>
          <w:szCs w:val="24"/>
        </w:rPr>
        <w:t>Cognitive</w:t>
      </w:r>
      <w:r w:rsidR="00EE1F74" w:rsidRPr="00F66E4A">
        <w:rPr>
          <w:sz w:val="24"/>
          <w:szCs w:val="24"/>
        </w:rPr>
        <w:t xml:space="preserve"> Behavioral Therapy (</w:t>
      </w:r>
      <w:r w:rsidRPr="00F66E4A">
        <w:rPr>
          <w:sz w:val="24"/>
          <w:szCs w:val="24"/>
        </w:rPr>
        <w:t>CBT</w:t>
      </w:r>
      <w:r w:rsidR="00EE1F74" w:rsidRPr="00F66E4A">
        <w:rPr>
          <w:sz w:val="24"/>
          <w:szCs w:val="24"/>
        </w:rPr>
        <w:t>)</w:t>
      </w:r>
      <w:r w:rsidRPr="00F66E4A">
        <w:rPr>
          <w:sz w:val="24"/>
          <w:szCs w:val="24"/>
        </w:rPr>
        <w:t xml:space="preserve">  •  D</w:t>
      </w:r>
      <w:r w:rsidR="00EE1F74" w:rsidRPr="00F66E4A">
        <w:rPr>
          <w:sz w:val="24"/>
          <w:szCs w:val="24"/>
        </w:rPr>
        <w:t xml:space="preserve">ialectical </w:t>
      </w:r>
      <w:r w:rsidRPr="00F66E4A">
        <w:rPr>
          <w:sz w:val="24"/>
          <w:szCs w:val="24"/>
        </w:rPr>
        <w:t>B</w:t>
      </w:r>
      <w:r w:rsidR="00EE1F74" w:rsidRPr="00F66E4A">
        <w:rPr>
          <w:sz w:val="24"/>
          <w:szCs w:val="24"/>
        </w:rPr>
        <w:t>ehavioral Therapy (DBT)</w:t>
      </w:r>
      <w:r w:rsidRPr="00F66E4A">
        <w:rPr>
          <w:sz w:val="24"/>
          <w:szCs w:val="24"/>
        </w:rPr>
        <w:t xml:space="preserve">  •  </w:t>
      </w:r>
      <w:r w:rsidR="001F2714" w:rsidRPr="00F66E4A">
        <w:rPr>
          <w:sz w:val="24"/>
          <w:szCs w:val="24"/>
        </w:rPr>
        <w:t>Rational Emotive Behavioral Therapy (REBT)</w:t>
      </w:r>
    </w:p>
    <w:p w14:paraId="5BAC938E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Acceptance + mindfulness focused</w:t>
      </w:r>
    </w:p>
    <w:p w14:paraId="06A58535" w14:textId="77777777" w:rsidR="00B90003" w:rsidRPr="003D663E" w:rsidRDefault="003D663E">
      <w:pPr>
        <w:rPr>
          <w:i/>
          <w:iCs/>
        </w:rPr>
      </w:pPr>
      <w:r>
        <w:rPr>
          <w:i/>
          <w:iCs/>
        </w:rPr>
        <w:t>F</w:t>
      </w:r>
      <w:r w:rsidRPr="003D663E">
        <w:rPr>
          <w:i/>
          <w:iCs/>
        </w:rPr>
        <w:t>ocus on making room for thoughts and feelings while choosing actions that fit your values.</w:t>
      </w:r>
      <w:r w:rsidR="00423824" w:rsidRPr="003D663E">
        <w:rPr>
          <w:i/>
          <w:iCs/>
        </w:rPr>
        <w:t xml:space="preserve"> May practice observing your internal experiences with compassion and </w:t>
      </w:r>
      <w:r w:rsidRPr="003D663E">
        <w:rPr>
          <w:i/>
          <w:iCs/>
        </w:rPr>
        <w:t xml:space="preserve">equanimity. </w:t>
      </w:r>
    </w:p>
    <w:p w14:paraId="16F3F4D5" w14:textId="77777777" w:rsidR="00B90003" w:rsidRPr="003D663E" w:rsidRDefault="00F22265" w:rsidP="003D663E">
      <w:pPr>
        <w:pStyle w:val="ListBullet"/>
        <w:jc w:val="center"/>
        <w:rPr>
          <w:sz w:val="24"/>
          <w:szCs w:val="24"/>
        </w:rPr>
      </w:pPr>
      <w:r w:rsidRPr="003D663E">
        <w:rPr>
          <w:sz w:val="24"/>
          <w:szCs w:val="24"/>
        </w:rPr>
        <w:t>Acceptance Commitment Therapy (ACT)  •  Mindful Self-Compassion (MSC)  •  Mindfulness-Based Stress Reduction (MBSR)  •  Mindfulness-Based Cognitive Therapy (MBCT)</w:t>
      </w:r>
    </w:p>
    <w:p w14:paraId="28045A29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Body + trauma processing focused</w:t>
      </w:r>
    </w:p>
    <w:p w14:paraId="4A039503" w14:textId="77777777" w:rsidR="00B90003" w:rsidRPr="003D663E" w:rsidRDefault="004F20D9">
      <w:pPr>
        <w:rPr>
          <w:i/>
          <w:iCs/>
        </w:rPr>
      </w:pPr>
      <w:r>
        <w:rPr>
          <w:i/>
          <w:iCs/>
        </w:rPr>
        <w:t>W</w:t>
      </w:r>
      <w:r w:rsidRPr="003D663E">
        <w:rPr>
          <w:i/>
          <w:iCs/>
        </w:rPr>
        <w:t>orks with body sensations, attention</w:t>
      </w:r>
      <w:r>
        <w:rPr>
          <w:i/>
          <w:iCs/>
        </w:rPr>
        <w:t>,</w:t>
      </w:r>
      <w:r w:rsidRPr="003D663E">
        <w:rPr>
          <w:i/>
          <w:iCs/>
        </w:rPr>
        <w:t xml:space="preserve"> and trauma processing</w:t>
      </w:r>
      <w:r w:rsidR="002E4C22">
        <w:rPr>
          <w:i/>
          <w:iCs/>
        </w:rPr>
        <w:t xml:space="preserve"> (bottom-up)</w:t>
      </w:r>
      <w:r>
        <w:rPr>
          <w:i/>
          <w:iCs/>
        </w:rPr>
        <w:t xml:space="preserve">. Can include </w:t>
      </w:r>
      <w:r w:rsidR="008F5661">
        <w:rPr>
          <w:i/>
          <w:iCs/>
        </w:rPr>
        <w:t xml:space="preserve">talking or less talking, more of an emphasis </w:t>
      </w:r>
      <w:r w:rsidR="00EA146F">
        <w:rPr>
          <w:i/>
          <w:iCs/>
        </w:rPr>
        <w:t xml:space="preserve">on </w:t>
      </w:r>
      <w:r w:rsidR="002E4C22">
        <w:rPr>
          <w:i/>
          <w:iCs/>
        </w:rPr>
        <w:t>guided internal</w:t>
      </w:r>
      <w:r w:rsidR="008F5661">
        <w:rPr>
          <w:i/>
          <w:iCs/>
        </w:rPr>
        <w:t xml:space="preserve"> </w:t>
      </w:r>
      <w:r w:rsidR="00EA146F">
        <w:rPr>
          <w:i/>
          <w:iCs/>
        </w:rPr>
        <w:t>experience in a supportive environment.</w:t>
      </w:r>
      <w:r w:rsidR="002E4C22">
        <w:rPr>
          <w:i/>
          <w:iCs/>
        </w:rPr>
        <w:t xml:space="preserve"> </w:t>
      </w:r>
    </w:p>
    <w:p w14:paraId="06785DD3" w14:textId="77777777" w:rsidR="00EA146F" w:rsidRPr="00E231DB" w:rsidRDefault="00EA146F" w:rsidP="00AE54E9">
      <w:pPr>
        <w:pStyle w:val="ListBullet"/>
        <w:spacing w:after="40"/>
        <w:jc w:val="center"/>
        <w:rPr>
          <w:sz w:val="24"/>
          <w:szCs w:val="24"/>
        </w:rPr>
      </w:pPr>
      <w:r w:rsidRPr="00E231DB">
        <w:rPr>
          <w:sz w:val="24"/>
          <w:szCs w:val="24"/>
        </w:rPr>
        <w:t>Brainspotting (BSP)  •  Eye Movement Desensitization and Reprocessing (EMDR)  •  Somatic Experiencing (SE)  •  Sensorimotor Psychotherapy</w:t>
      </w:r>
    </w:p>
    <w:p w14:paraId="52B410F0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Parts + inner-experience focused</w:t>
      </w:r>
    </w:p>
    <w:p w14:paraId="60FAA43F" w14:textId="77777777" w:rsidR="00B90003" w:rsidRPr="00C01233" w:rsidRDefault="00947B96">
      <w:pPr>
        <w:rPr>
          <w:i/>
          <w:iCs/>
        </w:rPr>
      </w:pPr>
      <w:r w:rsidRPr="00C01233">
        <w:rPr>
          <w:i/>
          <w:iCs/>
        </w:rPr>
        <w:t xml:space="preserve">Explores different parts of self, needs, and inner experiences with curiosity. Connecting with memories and </w:t>
      </w:r>
      <w:r w:rsidR="00C94D3E" w:rsidRPr="00C01233">
        <w:rPr>
          <w:i/>
          <w:iCs/>
        </w:rPr>
        <w:t>experiences connected to the past that impact our lives today. Many EMDR and Brainspotting therapists also work with parts.</w:t>
      </w:r>
    </w:p>
    <w:p w14:paraId="0A7BF5A8" w14:textId="77777777" w:rsidR="003B62AA" w:rsidRPr="00E231DB" w:rsidRDefault="003B62AA" w:rsidP="00AE54E9">
      <w:pPr>
        <w:pStyle w:val="ListBullet"/>
        <w:numPr>
          <w:ilvl w:val="0"/>
          <w:numId w:val="0"/>
        </w:numPr>
        <w:spacing w:after="40"/>
        <w:ind w:left="360" w:hanging="360"/>
        <w:jc w:val="center"/>
        <w:rPr>
          <w:sz w:val="24"/>
          <w:szCs w:val="24"/>
        </w:rPr>
      </w:pPr>
      <w:r w:rsidRPr="00E231DB">
        <w:rPr>
          <w:sz w:val="24"/>
          <w:szCs w:val="24"/>
        </w:rPr>
        <w:t>•  Internal Family Systems (IFS)  •  Parts Work  •  Emotion Focused Therapy (EFT)  •  Ego State Therapy</w:t>
      </w:r>
    </w:p>
    <w:p w14:paraId="508BEFAB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Relationship + exploration focused</w:t>
      </w:r>
    </w:p>
    <w:p w14:paraId="23765175" w14:textId="77777777" w:rsidR="00B90003" w:rsidRPr="00C01233" w:rsidRDefault="003D1F9E">
      <w:pPr>
        <w:rPr>
          <w:i/>
          <w:iCs/>
        </w:rPr>
      </w:pPr>
      <w:r w:rsidRPr="00C01233">
        <w:rPr>
          <w:i/>
          <w:iCs/>
        </w:rPr>
        <w:t>Focus</w:t>
      </w:r>
      <w:r w:rsidR="00A8208D" w:rsidRPr="00C01233">
        <w:rPr>
          <w:i/>
          <w:iCs/>
        </w:rPr>
        <w:t xml:space="preserve">es on guided exploration of </w:t>
      </w:r>
      <w:r w:rsidR="00C01233" w:rsidRPr="00C01233">
        <w:rPr>
          <w:i/>
          <w:iCs/>
        </w:rPr>
        <w:t xml:space="preserve">healing and recovery. </w:t>
      </w:r>
      <w:r w:rsidRPr="00C01233">
        <w:rPr>
          <w:i/>
          <w:iCs/>
        </w:rPr>
        <w:t xml:space="preserve">More room to talk, explore and build understanding through the therapeutic relationship. </w:t>
      </w:r>
    </w:p>
    <w:p w14:paraId="0D1FC348" w14:textId="77777777" w:rsidR="00374213" w:rsidRPr="00C01233" w:rsidRDefault="00374213" w:rsidP="00AE54E9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C01233">
        <w:rPr>
          <w:sz w:val="24"/>
          <w:szCs w:val="24"/>
        </w:rPr>
        <w:t>•  Rogerian/Person Centered  •  Relational  •  Motivational Interviewing  •  Narrative Therapy</w:t>
      </w:r>
    </w:p>
    <w:p w14:paraId="16936977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Insight + interpretation focused</w:t>
      </w:r>
    </w:p>
    <w:p w14:paraId="3041B892" w14:textId="77777777" w:rsidR="00B90003" w:rsidRPr="00A96B19" w:rsidRDefault="00C01233">
      <w:pPr>
        <w:rPr>
          <w:i/>
          <w:iCs/>
        </w:rPr>
      </w:pPr>
      <w:r w:rsidRPr="00A96B19">
        <w:rPr>
          <w:i/>
          <w:iCs/>
        </w:rPr>
        <w:t>Explores patterns, relationships, history and meanings that may be outside immediate awareness.</w:t>
      </w:r>
    </w:p>
    <w:p w14:paraId="645297AC" w14:textId="77777777" w:rsidR="00A96B19" w:rsidRPr="00AE54E9" w:rsidRDefault="00A96B19" w:rsidP="00AE54E9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AE54E9">
        <w:rPr>
          <w:sz w:val="24"/>
          <w:szCs w:val="24"/>
        </w:rPr>
        <w:t xml:space="preserve">•  Psychodynamic  •  Psychoanalytic  • </w:t>
      </w:r>
      <w:r w:rsidR="00692AF4" w:rsidRPr="00AE54E9">
        <w:rPr>
          <w:sz w:val="24"/>
          <w:szCs w:val="24"/>
        </w:rPr>
        <w:t>Gestalt</w:t>
      </w:r>
    </w:p>
    <w:p w14:paraId="4F918B22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Skills + practical support</w:t>
      </w:r>
    </w:p>
    <w:p w14:paraId="1D93758A" w14:textId="77777777" w:rsidR="00B90003" w:rsidRDefault="00EA6921">
      <w:r>
        <w:t xml:space="preserve">Focuses on learning, problem solving, and making daily life work better. Can include </w:t>
      </w:r>
      <w:r w:rsidR="00C12CD7">
        <w:t>organizational</w:t>
      </w:r>
      <w:r>
        <w:t xml:space="preserve"> strategies</w:t>
      </w:r>
      <w:r w:rsidR="00C12CD7">
        <w:t>.</w:t>
      </w:r>
    </w:p>
    <w:p w14:paraId="3D10EEF9" w14:textId="77777777" w:rsidR="00AE54E9" w:rsidRPr="00AE54E9" w:rsidRDefault="00AE54E9" w:rsidP="00AE54E9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AE54E9">
        <w:rPr>
          <w:sz w:val="24"/>
          <w:szCs w:val="24"/>
        </w:rPr>
        <w:t xml:space="preserve">•  </w:t>
      </w:r>
      <w:r w:rsidR="00831A4A">
        <w:rPr>
          <w:sz w:val="24"/>
          <w:szCs w:val="24"/>
        </w:rPr>
        <w:t>ADHD Psychoeducation/Coaching</w:t>
      </w:r>
      <w:r w:rsidRPr="00AE54E9">
        <w:rPr>
          <w:sz w:val="24"/>
          <w:szCs w:val="24"/>
        </w:rPr>
        <w:t xml:space="preserve">  •  </w:t>
      </w:r>
      <w:r w:rsidR="00831A4A">
        <w:rPr>
          <w:sz w:val="24"/>
          <w:szCs w:val="24"/>
        </w:rPr>
        <w:t xml:space="preserve">Executive </w:t>
      </w:r>
      <w:r w:rsidR="00EA6921">
        <w:rPr>
          <w:sz w:val="24"/>
          <w:szCs w:val="24"/>
        </w:rPr>
        <w:t>Functioning</w:t>
      </w:r>
      <w:r w:rsidR="00831A4A">
        <w:rPr>
          <w:sz w:val="24"/>
          <w:szCs w:val="24"/>
        </w:rPr>
        <w:t xml:space="preserve"> </w:t>
      </w:r>
      <w:r w:rsidR="00EA6921">
        <w:rPr>
          <w:sz w:val="24"/>
          <w:szCs w:val="24"/>
        </w:rPr>
        <w:t xml:space="preserve">Support </w:t>
      </w:r>
      <w:r w:rsidRPr="00AE54E9">
        <w:rPr>
          <w:sz w:val="24"/>
          <w:szCs w:val="24"/>
        </w:rPr>
        <w:t xml:space="preserve">  </w:t>
      </w:r>
    </w:p>
    <w:p w14:paraId="4F918B22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Creative + expressive</w:t>
      </w:r>
    </w:p>
    <w:p w14:paraId="1D93758A" w14:textId="77777777" w:rsidR="00B90003" w:rsidRDefault="00EA6921">
      <w:r>
        <w:t>Uses art, music, movement, drama, play or writing to explore and express what words alone may not reach. Can be a good fit if talking is hard or you think in images.</w:t>
      </w:r>
    </w:p>
    <w:p w14:paraId="3D10EEF9" w14:textId="77777777" w:rsidR="00AE54E9" w:rsidRPr="00AE54E9" w:rsidRDefault="00AE54E9" w:rsidP="00AE54E9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AE54E9">
        <w:rPr>
          <w:sz w:val="24"/>
          <w:szCs w:val="24"/>
        </w:rPr>
        <w:t>•  Art Therapy  •  Music Therapy  •  Drama Therapy  •  Sandtray  •  Expressive Writing</w:t>
      </w:r>
    </w:p>
    <w:p w14:paraId="4F918B22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Peer + community support</w:t>
      </w:r>
    </w:p>
    <w:p w14:paraId="1D93758A" w14:textId="77777777" w:rsidR="00B90003" w:rsidRDefault="00EA6921">
      <w:r>
        <w:t>Support from people with shared lived experience, alongside or instead of individual therapy. Includes peer specialists, support groups and neurodivergent-led communities.</w:t>
      </w:r>
    </w:p>
    <w:p w14:paraId="3D10EEF9" w14:textId="77777777" w:rsidR="00AE54E9" w:rsidRPr="00AE54E9" w:rsidRDefault="00AE54E9" w:rsidP="00AE54E9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AE54E9">
        <w:rPr>
          <w:sz w:val="24"/>
          <w:szCs w:val="24"/>
        </w:rPr>
        <w:t>•  Certified Peer Specialists  •  Support Groups  •  Group Therapy  •  Neurodivergent-Led Communities</w:t>
      </w:r>
    </w:p>
    <w:p w14:paraId="7129E551" w14:textId="77777777" w:rsidR="00B90003" w:rsidRDefault="00D05881">
      <w:r>
        <w:br w:type="page"/>
      </w:r>
    </w:p>
    <w:p w14:paraId="6F4F3A1A" w14:textId="77777777" w:rsidR="00B90003" w:rsidRDefault="00D05881">
      <w:pPr>
        <w:pStyle w:val="Title"/>
      </w:pPr>
      <w:r>
        <w:lastRenderedPageBreak/>
        <w:t>Finding a Therapist</w:t>
      </w:r>
    </w:p>
    <w:p w14:paraId="4D74E404" w14:textId="77777777" w:rsidR="00B90003" w:rsidRPr="0019621A" w:rsidRDefault="0044103D">
      <w:pPr>
        <w:rPr>
          <w:bCs/>
          <w:i/>
          <w:iCs/>
          <w:color w:val="auto"/>
          <w:sz w:val="24"/>
          <w:szCs w:val="24"/>
        </w:rPr>
      </w:pPr>
      <w:r w:rsidRPr="0019621A">
        <w:rPr>
          <w:bCs/>
          <w:i/>
          <w:iCs/>
          <w:color w:val="auto"/>
          <w:sz w:val="24"/>
          <w:szCs w:val="24"/>
        </w:rPr>
        <w:t>Start with 2 or 3 filters. Check the results. Add more only if you need them.</w:t>
      </w:r>
    </w:p>
    <w:p w14:paraId="185C4EF0" w14:textId="77777777" w:rsidR="00B90003" w:rsidRDefault="00B90003">
      <w:pPr>
        <w:spacing w:after="0"/>
      </w:pPr>
    </w:p>
    <w:p w14:paraId="284D0CBA" w14:textId="77777777" w:rsidR="00B90003" w:rsidRPr="0044103D" w:rsidRDefault="00D05881">
      <w:pPr>
        <w:pStyle w:val="Heading2"/>
        <w:rPr>
          <w:sz w:val="28"/>
          <w:szCs w:val="28"/>
          <w:u w:val="single"/>
        </w:rPr>
      </w:pPr>
      <w:r w:rsidRPr="0044103D">
        <w:rPr>
          <w:sz w:val="28"/>
          <w:szCs w:val="28"/>
          <w:u w:val="single"/>
        </w:rPr>
        <w:t>Large general directories</w:t>
      </w:r>
    </w:p>
    <w:p w14:paraId="2EEE169C" w14:textId="23BEAB8F" w:rsidR="0044103D" w:rsidRPr="00C01233" w:rsidRDefault="0044103D" w:rsidP="003E39C8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C01233">
        <w:rPr>
          <w:sz w:val="24"/>
          <w:szCs w:val="24"/>
        </w:rPr>
        <w:t xml:space="preserve">•  </w:t>
      </w:r>
      <w:r w:rsidRPr="0044103D">
        <w:rPr>
          <w:sz w:val="24"/>
          <w:szCs w:val="24"/>
        </w:rPr>
        <w:t xml:space="preserve">Psychology Today </w:t>
      </w:r>
      <w:r w:rsidRPr="00C01233">
        <w:rPr>
          <w:sz w:val="24"/>
          <w:szCs w:val="24"/>
        </w:rPr>
        <w:t xml:space="preserve">•  </w:t>
      </w:r>
      <w:proofErr w:type="spellStart"/>
      <w:r w:rsidRPr="0044103D">
        <w:rPr>
          <w:sz w:val="24"/>
          <w:szCs w:val="24"/>
        </w:rPr>
        <w:t>Zencare</w:t>
      </w:r>
      <w:proofErr w:type="spellEnd"/>
      <w:r w:rsidRPr="00C01233">
        <w:rPr>
          <w:sz w:val="24"/>
          <w:szCs w:val="24"/>
        </w:rPr>
        <w:t xml:space="preserve">  • </w:t>
      </w:r>
      <w:r w:rsidR="00364F73">
        <w:rPr>
          <w:sz w:val="24"/>
          <w:szCs w:val="24"/>
        </w:rPr>
        <w:t xml:space="preserve">Therapy Den </w:t>
      </w:r>
      <w:r w:rsidR="00907B45" w:rsidRPr="00364F73">
        <w:rPr>
          <w:sz w:val="24"/>
          <w:szCs w:val="24"/>
        </w:rPr>
        <w:t>• Headway</w:t>
      </w:r>
      <w:r w:rsidR="00364F73" w:rsidRPr="00364F73">
        <w:rPr>
          <w:sz w:val="24"/>
          <w:szCs w:val="24"/>
        </w:rPr>
        <w:t xml:space="preserve"> </w:t>
      </w:r>
      <w:r w:rsidR="007C6EBE" w:rsidRPr="00C01233">
        <w:rPr>
          <w:sz w:val="24"/>
          <w:szCs w:val="24"/>
        </w:rPr>
        <w:t xml:space="preserve">•  </w:t>
      </w:r>
      <w:r w:rsidR="007C6EBE">
        <w:rPr>
          <w:sz w:val="24"/>
          <w:szCs w:val="24"/>
        </w:rPr>
        <w:t>Alma</w:t>
      </w:r>
    </w:p>
    <w:p w14:paraId="7EE62CBE" w14:textId="77777777" w:rsidR="00B90003" w:rsidRPr="007C6EBE" w:rsidRDefault="00D05881">
      <w:pPr>
        <w:pStyle w:val="Heading2"/>
        <w:rPr>
          <w:sz w:val="28"/>
          <w:szCs w:val="28"/>
          <w:u w:val="single"/>
        </w:rPr>
      </w:pPr>
      <w:r w:rsidRPr="007C6EBE">
        <w:rPr>
          <w:sz w:val="28"/>
          <w:szCs w:val="28"/>
          <w:u w:val="single"/>
        </w:rPr>
        <w:t>ADHD-specific</w:t>
      </w:r>
    </w:p>
    <w:p w14:paraId="5F4F7F90" w14:textId="77777777" w:rsidR="007B0EA1" w:rsidRPr="00C01233" w:rsidRDefault="007C6EBE" w:rsidP="003E39C8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C01233">
        <w:rPr>
          <w:sz w:val="24"/>
          <w:szCs w:val="24"/>
        </w:rPr>
        <w:t xml:space="preserve">• </w:t>
      </w:r>
      <w:r w:rsidR="007B0EA1" w:rsidRPr="007B0EA1">
        <w:rPr>
          <w:sz w:val="24"/>
          <w:szCs w:val="24"/>
        </w:rPr>
        <w:t>ND Therapists Directory</w:t>
      </w:r>
      <w:r w:rsidRPr="00C01233">
        <w:rPr>
          <w:sz w:val="24"/>
          <w:szCs w:val="24"/>
        </w:rPr>
        <w:t xml:space="preserve"> •  </w:t>
      </w:r>
      <w:r w:rsidR="000D0EA3">
        <w:rPr>
          <w:sz w:val="24"/>
          <w:szCs w:val="24"/>
        </w:rPr>
        <w:t xml:space="preserve">Neurodivergent Insights </w:t>
      </w:r>
      <w:r w:rsidRPr="00C01233">
        <w:rPr>
          <w:sz w:val="24"/>
          <w:szCs w:val="24"/>
        </w:rPr>
        <w:t xml:space="preserve">  • </w:t>
      </w:r>
      <w:r w:rsidR="000D0EA3">
        <w:rPr>
          <w:sz w:val="24"/>
          <w:szCs w:val="24"/>
        </w:rPr>
        <w:t>N</w:t>
      </w:r>
      <w:r w:rsidR="00EB3F63">
        <w:rPr>
          <w:sz w:val="24"/>
          <w:szCs w:val="24"/>
        </w:rPr>
        <w:t>eurodiversity Direct</w:t>
      </w:r>
      <w:r w:rsidR="00B90BB1">
        <w:rPr>
          <w:sz w:val="24"/>
          <w:szCs w:val="24"/>
        </w:rPr>
        <w:t>ory</w:t>
      </w:r>
      <w:r>
        <w:rPr>
          <w:sz w:val="24"/>
          <w:szCs w:val="24"/>
        </w:rPr>
        <w:t xml:space="preserve"> </w:t>
      </w:r>
      <w:r w:rsidRPr="00364F73">
        <w:rPr>
          <w:sz w:val="24"/>
          <w:szCs w:val="24"/>
        </w:rPr>
        <w:t xml:space="preserve">•  </w:t>
      </w:r>
      <w:r w:rsidR="00B90BB1">
        <w:rPr>
          <w:sz w:val="24"/>
          <w:szCs w:val="24"/>
        </w:rPr>
        <w:t>Inclusive Therapists</w:t>
      </w:r>
      <w:r w:rsidRPr="00C01233">
        <w:rPr>
          <w:sz w:val="24"/>
          <w:szCs w:val="24"/>
        </w:rPr>
        <w:t xml:space="preserve">  </w:t>
      </w:r>
      <w:r w:rsidR="007B0EA1" w:rsidRPr="00C01233">
        <w:rPr>
          <w:sz w:val="24"/>
          <w:szCs w:val="24"/>
        </w:rPr>
        <w:t xml:space="preserve">•  </w:t>
      </w:r>
      <w:r w:rsidR="003E39C8" w:rsidRPr="007B0EA1">
        <w:rPr>
          <w:sz w:val="24"/>
          <w:szCs w:val="24"/>
        </w:rPr>
        <w:t>Neurodiversity Collective</w:t>
      </w:r>
    </w:p>
    <w:p w14:paraId="07DDB1F9" w14:textId="77777777" w:rsidR="007C6EBE" w:rsidRPr="00C01233" w:rsidRDefault="007C6EBE" w:rsidP="007C6EBE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</w:p>
    <w:p w14:paraId="5F015E32" w14:textId="77777777" w:rsidR="00B90003" w:rsidRDefault="00D05881">
      <w:pPr>
        <w:pStyle w:val="Heading1"/>
      </w:pPr>
      <w:r>
        <w:t>Scan a profile</w:t>
      </w:r>
    </w:p>
    <w:p w14:paraId="52877B9B" w14:textId="792122D1" w:rsidR="00B90003" w:rsidRDefault="003E39C8">
      <w:pPr>
        <w:pStyle w:val="ListBullet"/>
        <w:spacing w:after="40"/>
      </w:pPr>
      <w:r w:rsidRPr="003E39C8">
        <w:rPr>
          <w:u w:val="single"/>
        </w:rPr>
        <w:t>Filter:</w:t>
      </w:r>
      <w:r>
        <w:t xml:space="preserve"> Use only 2 or 3 </w:t>
      </w:r>
      <w:r w:rsidR="00907B45">
        <w:t>filters</w:t>
      </w:r>
      <w:r>
        <w:t xml:space="preserve"> first.</w:t>
      </w:r>
      <w:r w:rsidR="00614119">
        <w:t xml:space="preserve"> Be sure to include your </w:t>
      </w:r>
      <w:r w:rsidR="00C31B96">
        <w:t xml:space="preserve">payment preference (insurance, </w:t>
      </w:r>
      <w:r w:rsidR="00907B45">
        <w:t>self-pay</w:t>
      </w:r>
      <w:r w:rsidR="00C31B96">
        <w:t>, etc.)</w:t>
      </w:r>
    </w:p>
    <w:p w14:paraId="329DC22D" w14:textId="77777777" w:rsidR="00B90003" w:rsidRDefault="00D6482F">
      <w:pPr>
        <w:pStyle w:val="ListBullet"/>
        <w:spacing w:after="40"/>
      </w:pPr>
      <w:r w:rsidRPr="00D6482F">
        <w:rPr>
          <w:u w:val="single"/>
        </w:rPr>
        <w:t>Location</w:t>
      </w:r>
      <w:r>
        <w:t xml:space="preserve">: Make sure the therapist can serve your state (especially for telehealth). </w:t>
      </w:r>
    </w:p>
    <w:p w14:paraId="692EFC28" w14:textId="77777777" w:rsidR="00B90003" w:rsidRDefault="00D6482F">
      <w:pPr>
        <w:pStyle w:val="ListBullet"/>
        <w:spacing w:after="40"/>
      </w:pPr>
      <w:r w:rsidRPr="000849A8">
        <w:rPr>
          <w:u w:val="single"/>
        </w:rPr>
        <w:t>Impression</w:t>
      </w:r>
      <w:r>
        <w:t>: Notice the photo, video</w:t>
      </w:r>
      <w:r w:rsidR="000849A8">
        <w:t xml:space="preserve"> (if available), intro statement. Click to see profile if it feels right. </w:t>
      </w:r>
    </w:p>
    <w:p w14:paraId="4A8C7321" w14:textId="77777777" w:rsidR="00B90003" w:rsidRDefault="00D05881" w:rsidP="000D0CC6">
      <w:pPr>
        <w:pStyle w:val="ListBullet"/>
        <w:spacing w:after="40"/>
      </w:pPr>
      <w:r w:rsidRPr="000849A8">
        <w:rPr>
          <w:u w:val="single"/>
        </w:rPr>
        <w:t>Read</w:t>
      </w:r>
      <w:r>
        <w:t xml:space="preserve"> the full bio. </w:t>
      </w:r>
      <w:r w:rsidR="000849A8">
        <w:t xml:space="preserve">Look for specific mentions of neurodivergence, ADHD, accepting language, </w:t>
      </w:r>
      <w:r w:rsidR="000D0CC6">
        <w:t xml:space="preserve">experience. </w:t>
      </w:r>
    </w:p>
    <w:p w14:paraId="0929A8B6" w14:textId="77777777" w:rsidR="000D0CC6" w:rsidRDefault="000D0CC6" w:rsidP="000D0CC6">
      <w:pPr>
        <w:pStyle w:val="ListBullet"/>
        <w:spacing w:after="40"/>
      </w:pPr>
      <w:r>
        <w:rPr>
          <w:u w:val="single"/>
        </w:rPr>
        <w:t xml:space="preserve">Compare with your list: </w:t>
      </w:r>
      <w:r w:rsidR="00614119" w:rsidRPr="00C31B96">
        <w:t>does this profile meet your needs and preferences?</w:t>
      </w:r>
    </w:p>
    <w:p w14:paraId="1E39FAED" w14:textId="77777777" w:rsidR="00B90003" w:rsidRDefault="009F1E11">
      <w:pPr>
        <w:pStyle w:val="ListBullet"/>
        <w:spacing w:after="40"/>
      </w:pPr>
      <w:r w:rsidRPr="009F1E11">
        <w:rPr>
          <w:u w:val="single"/>
        </w:rPr>
        <w:t>Practicalities:</w:t>
      </w:r>
      <w:r>
        <w:t xml:space="preserve"> Double-check cost, payment, availability, location and format.</w:t>
      </w:r>
    </w:p>
    <w:p w14:paraId="315C2167" w14:textId="77777777" w:rsidR="00B90003" w:rsidRDefault="00D05881">
      <w:pPr>
        <w:pStyle w:val="Heading1"/>
      </w:pPr>
      <w:r>
        <w:t>Neuroaffirming signs</w:t>
      </w:r>
    </w:p>
    <w:p w14:paraId="367A34F3" w14:textId="77777777" w:rsidR="00B90003" w:rsidRDefault="00D05881">
      <w:pPr>
        <w:pStyle w:val="ListBullet"/>
        <w:spacing w:after="40"/>
      </w:pPr>
      <w:r>
        <w:t>They talk about ADHD or neurodivergence with respect, not as a character flaw.</w:t>
      </w:r>
    </w:p>
    <w:p w14:paraId="094E2187" w14:textId="77777777" w:rsidR="00B90003" w:rsidRDefault="00D05881">
      <w:pPr>
        <w:pStyle w:val="ListBullet"/>
        <w:spacing w:after="40"/>
      </w:pPr>
      <w:r>
        <w:t>They are willing to adapt communication, pacing, structure or other parts of therapy.</w:t>
      </w:r>
    </w:p>
    <w:p w14:paraId="1568E3F4" w14:textId="7683DA4B" w:rsidR="00B90003" w:rsidRDefault="00D05881">
      <w:pPr>
        <w:pStyle w:val="ListBullet"/>
        <w:spacing w:after="40"/>
      </w:pPr>
      <w:r>
        <w:t xml:space="preserve">They make room for </w:t>
      </w:r>
      <w:r w:rsidR="00907B45">
        <w:t>accommodation</w:t>
      </w:r>
      <w:r>
        <w:t>.</w:t>
      </w:r>
    </w:p>
    <w:p w14:paraId="73FDCC0C" w14:textId="77777777" w:rsidR="00B90003" w:rsidRDefault="00D05881">
      <w:pPr>
        <w:pStyle w:val="ListBullet"/>
        <w:spacing w:after="40"/>
      </w:pPr>
      <w:r>
        <w:t>They value collaboration and client choice.</w:t>
      </w:r>
    </w:p>
    <w:p w14:paraId="6A89E257" w14:textId="77777777" w:rsidR="00B90003" w:rsidRDefault="00D05881">
      <w:pPr>
        <w:pStyle w:val="ListBullet"/>
        <w:spacing w:after="40"/>
      </w:pPr>
      <w:r>
        <w:t>They do not make being more 'normal' the goal.</w:t>
      </w:r>
    </w:p>
    <w:p w14:paraId="46BD18B8" w14:textId="77777777" w:rsidR="00B90003" w:rsidRDefault="00D05881">
      <w:pPr>
        <w:pStyle w:val="ListBullet"/>
        <w:spacing w:after="40"/>
      </w:pPr>
      <w:r>
        <w:t>They understand masking, stigma and the effect of environments that do not fit every brain.</w:t>
      </w:r>
    </w:p>
    <w:p w14:paraId="5F6A2102" w14:textId="77777777" w:rsidR="00B90003" w:rsidRDefault="00D05881">
      <w:pPr>
        <w:pStyle w:val="ListBullet"/>
        <w:spacing w:after="40"/>
      </w:pPr>
      <w:r>
        <w:t>They can receive feedback and change course when something is not helping.</w:t>
      </w:r>
    </w:p>
    <w:p w14:paraId="05814596" w14:textId="77777777" w:rsidR="00B90003" w:rsidRDefault="002B0499">
      <w:pPr>
        <w:pStyle w:val="Heading1"/>
      </w:pPr>
      <w:r>
        <w:t>Consider the five principles of neuroaffirming therapy</w:t>
      </w:r>
    </w:p>
    <w:p w14:paraId="4B5748A2" w14:textId="77777777" w:rsidR="00B90003" w:rsidRDefault="00D05881">
      <w:r w:rsidRPr="002B0499">
        <w:rPr>
          <w:b/>
          <w:color w:val="97593A"/>
          <w:u w:val="single"/>
        </w:rPr>
        <w:t>Flexibility.</w:t>
      </w:r>
      <w:r>
        <w:rPr>
          <w:b/>
          <w:color w:val="97593A"/>
        </w:rPr>
        <w:t xml:space="preserve"> </w:t>
      </w:r>
      <w:r>
        <w:t>Therapy adapts to the person. The person does not have to fit a rigid therapy process.</w:t>
      </w:r>
    </w:p>
    <w:p w14:paraId="6E8A5114" w14:textId="77777777" w:rsidR="00B90003" w:rsidRDefault="00D05881">
      <w:r w:rsidRPr="002B0499">
        <w:rPr>
          <w:b/>
          <w:color w:val="97593A"/>
          <w:u w:val="single"/>
        </w:rPr>
        <w:t>Lifelong Learning.</w:t>
      </w:r>
      <w:r>
        <w:rPr>
          <w:b/>
          <w:color w:val="97593A"/>
        </w:rPr>
        <w:t xml:space="preserve"> </w:t>
      </w:r>
      <w:r>
        <w:t xml:space="preserve">A therapist keeps learning, stays curious and does not </w:t>
      </w:r>
      <w:r w:rsidR="009A65AC">
        <w:t>take an expert approach.</w:t>
      </w:r>
    </w:p>
    <w:p w14:paraId="4B55717D" w14:textId="77777777" w:rsidR="00B90003" w:rsidRDefault="00D05881">
      <w:r w:rsidRPr="002B0499">
        <w:rPr>
          <w:b/>
          <w:color w:val="97593A"/>
          <w:u w:val="single"/>
        </w:rPr>
        <w:t>Acceptance</w:t>
      </w:r>
      <w:r>
        <w:rPr>
          <w:b/>
          <w:color w:val="97593A"/>
        </w:rPr>
        <w:t xml:space="preserve">. </w:t>
      </w:r>
      <w:r>
        <w:t>Different ways of thinking, communicating, feeling and functioning are respected</w:t>
      </w:r>
      <w:r w:rsidR="009A65AC">
        <w:t>.</w:t>
      </w:r>
    </w:p>
    <w:p w14:paraId="27EFA0C1" w14:textId="7A6A42B4" w:rsidR="00B90003" w:rsidRDefault="00D05881">
      <w:r w:rsidRPr="002B0499">
        <w:rPr>
          <w:b/>
          <w:color w:val="97593A"/>
          <w:u w:val="single"/>
        </w:rPr>
        <w:t>Advocacy.</w:t>
      </w:r>
      <w:r>
        <w:rPr>
          <w:b/>
          <w:color w:val="97593A"/>
        </w:rPr>
        <w:t xml:space="preserve"> </w:t>
      </w:r>
      <w:r>
        <w:t xml:space="preserve">Therapy can include </w:t>
      </w:r>
      <w:r w:rsidR="00907B45">
        <w:t>accommodation</w:t>
      </w:r>
      <w:r>
        <w:t>, self-advocacy and attention to barriers</w:t>
      </w:r>
      <w:r w:rsidR="009A65AC">
        <w:t>,</w:t>
      </w:r>
    </w:p>
    <w:p w14:paraId="2EF6C582" w14:textId="77777777" w:rsidR="00B90003" w:rsidRDefault="00D05881">
      <w:r w:rsidRPr="002B0499">
        <w:rPr>
          <w:b/>
          <w:color w:val="97593A"/>
          <w:u w:val="single"/>
        </w:rPr>
        <w:t>Genuineness</w:t>
      </w:r>
      <w:r>
        <w:rPr>
          <w:b/>
          <w:color w:val="97593A"/>
        </w:rPr>
        <w:t xml:space="preserve">. </w:t>
      </w:r>
      <w:r>
        <w:t xml:space="preserve">The therapist </w:t>
      </w:r>
      <w:r w:rsidR="009A65AC">
        <w:t>seems like</w:t>
      </w:r>
      <w:r>
        <w:t xml:space="preserve"> a real person,</w:t>
      </w:r>
      <w:r w:rsidR="009A65AC">
        <w:t xml:space="preserve"> </w:t>
      </w:r>
      <w:r w:rsidR="002B0499">
        <w:t xml:space="preserve">you might be able to trust them. </w:t>
      </w:r>
    </w:p>
    <w:p w14:paraId="4C03EB4F" w14:textId="77777777" w:rsidR="00B90003" w:rsidRDefault="00D05881">
      <w:r>
        <w:br w:type="page"/>
      </w:r>
    </w:p>
    <w:p w14:paraId="4D6722CB" w14:textId="77777777" w:rsidR="00B90003" w:rsidRDefault="002B0499">
      <w:pPr>
        <w:pStyle w:val="Title"/>
      </w:pPr>
      <w:r>
        <w:lastRenderedPageBreak/>
        <w:t>Re</w:t>
      </w:r>
      <w:r w:rsidR="0019621A">
        <w:t>a</w:t>
      </w:r>
      <w:r>
        <w:t xml:space="preserve">ch Out </w:t>
      </w:r>
    </w:p>
    <w:p w14:paraId="08AEB192" w14:textId="77777777" w:rsidR="0019621A" w:rsidRPr="0019621A" w:rsidRDefault="0019621A" w:rsidP="0019621A">
      <w:pPr>
        <w:pStyle w:val="Heading1"/>
        <w:rPr>
          <w:b w:val="0"/>
          <w:bCs w:val="0"/>
          <w:i/>
          <w:iCs/>
        </w:rPr>
      </w:pPr>
      <w:r w:rsidRPr="0019621A">
        <w:rPr>
          <w:b w:val="0"/>
          <w:bCs w:val="0"/>
          <w:i/>
          <w:iCs/>
          <w:color w:val="auto"/>
          <w:sz w:val="24"/>
          <w:szCs w:val="24"/>
        </w:rPr>
        <w:t>S</w:t>
      </w:r>
      <w:r w:rsidR="002B0499" w:rsidRPr="0019621A">
        <w:rPr>
          <w:b w:val="0"/>
          <w:bCs w:val="0"/>
          <w:i/>
          <w:iCs/>
          <w:color w:val="auto"/>
          <w:sz w:val="24"/>
          <w:szCs w:val="24"/>
        </w:rPr>
        <w:t xml:space="preserve">end an email to your selected providers </w:t>
      </w:r>
      <w:r w:rsidR="001D52CA" w:rsidRPr="0019621A">
        <w:rPr>
          <w:b w:val="0"/>
          <w:bCs w:val="0"/>
          <w:i/>
          <w:iCs/>
          <w:color w:val="auto"/>
          <w:sz w:val="24"/>
          <w:szCs w:val="24"/>
        </w:rPr>
        <w:t>to request a 15-minute consultation via phone or video chat.</w:t>
      </w:r>
      <w:r w:rsidR="001D52CA" w:rsidRPr="0019621A">
        <w:rPr>
          <w:b w:val="0"/>
          <w:bCs w:val="0"/>
          <w:i/>
          <w:iCs/>
          <w:color w:val="auto"/>
        </w:rPr>
        <w:t xml:space="preserve"> </w:t>
      </w:r>
    </w:p>
    <w:p w14:paraId="30DEF021" w14:textId="77777777" w:rsidR="0019621A" w:rsidRDefault="0019621A" w:rsidP="0019621A">
      <w:pPr>
        <w:pStyle w:val="Heading1"/>
      </w:pPr>
      <w:r>
        <w:t>Ask for a consultation</w:t>
      </w:r>
    </w:p>
    <w:p w14:paraId="73AEDD67" w14:textId="77777777" w:rsidR="0019621A" w:rsidRDefault="0019621A" w:rsidP="0019621A"/>
    <w:p w14:paraId="1670BA32" w14:textId="77777777" w:rsidR="0019621A" w:rsidRPr="00886DB7" w:rsidRDefault="0019621A" w:rsidP="0019621A">
      <w:pPr>
        <w:rPr>
          <w:i/>
          <w:iCs/>
          <w:sz w:val="24"/>
          <w:szCs w:val="24"/>
        </w:rPr>
      </w:pPr>
      <w:r w:rsidRPr="00886DB7">
        <w:rPr>
          <w:i/>
          <w:iCs/>
          <w:sz w:val="24"/>
          <w:szCs w:val="24"/>
        </w:rPr>
        <w:t>Once you have identifie</w:t>
      </w:r>
      <w:r>
        <w:rPr>
          <w:i/>
          <w:iCs/>
          <w:sz w:val="24"/>
          <w:szCs w:val="24"/>
        </w:rPr>
        <w:t>d</w:t>
      </w:r>
      <w:r w:rsidRPr="00886DB7">
        <w:rPr>
          <w:i/>
          <w:iCs/>
          <w:sz w:val="24"/>
          <w:szCs w:val="24"/>
        </w:rPr>
        <w:t xml:space="preserve"> 3-5 therapists who you would like to reach out to, it is time to send an email to request a 15-minute video chat or phone call. This conversation should be free, low pressure, and low demand. It will likely feel awkward for both you and the therapist. That is normal. </w:t>
      </w:r>
    </w:p>
    <w:p w14:paraId="7DA3DAB7" w14:textId="77777777" w:rsidR="0019621A" w:rsidRDefault="0019621A" w:rsidP="0019621A">
      <w:pPr>
        <w:rPr>
          <w:b/>
          <w:bCs/>
          <w:sz w:val="28"/>
          <w:szCs w:val="28"/>
          <w:u w:val="single"/>
        </w:rPr>
      </w:pPr>
    </w:p>
    <w:p w14:paraId="120A946C" w14:textId="77777777" w:rsidR="0019621A" w:rsidRDefault="0019621A" w:rsidP="0019621A">
      <w:pPr>
        <w:rPr>
          <w:b/>
          <w:bCs/>
          <w:sz w:val="28"/>
          <w:szCs w:val="28"/>
          <w:u w:val="single"/>
        </w:rPr>
      </w:pPr>
    </w:p>
    <w:p w14:paraId="3AECA31D" w14:textId="77777777" w:rsidR="0019621A" w:rsidRPr="006E080D" w:rsidRDefault="0019621A" w:rsidP="0019621A">
      <w:pPr>
        <w:rPr>
          <w:b/>
          <w:bCs/>
          <w:sz w:val="28"/>
          <w:szCs w:val="28"/>
          <w:u w:val="single"/>
        </w:rPr>
      </w:pPr>
      <w:r w:rsidRPr="006E080D">
        <w:rPr>
          <w:b/>
          <w:bCs/>
          <w:sz w:val="28"/>
          <w:szCs w:val="28"/>
          <w:u w:val="single"/>
        </w:rPr>
        <w:t>Email Template:</w:t>
      </w:r>
    </w:p>
    <w:p w14:paraId="233A6C00" w14:textId="77777777" w:rsidR="0019621A" w:rsidRDefault="0019621A" w:rsidP="0019621A"/>
    <w:p w14:paraId="134DF506" w14:textId="58D0C583" w:rsidR="0019621A" w:rsidRDefault="0019621A" w:rsidP="0019621A">
      <w:r>
        <w:t>Hi [name],</w:t>
      </w:r>
      <w:r>
        <w:br/>
      </w:r>
      <w:r>
        <w:br/>
        <w:t>I saw your profile and it stood out to me because [one thing you noticed]. I'm looking for support with ADHD and [</w:t>
      </w:r>
      <w:r w:rsidR="00907B45">
        <w:t>specific issues</w:t>
      </w:r>
      <w:r>
        <w:t>]. I'd like to schedule a free 15-minute consultation to see if we might be a good fit.</w:t>
      </w:r>
      <w:r>
        <w:br/>
      </w:r>
      <w:r>
        <w:br/>
        <w:t>I'm generally available [times/days]. I prefer [phone/video] for the consultation.</w:t>
      </w:r>
      <w:r>
        <w:br/>
      </w:r>
      <w:r>
        <w:br/>
        <w:t>Thanks,</w:t>
      </w:r>
      <w:r>
        <w:br/>
        <w:t>[name]</w:t>
      </w:r>
      <w:r>
        <w:br/>
        <w:t>Phone:</w:t>
      </w:r>
      <w:r>
        <w:br/>
        <w:t>Email:</w:t>
      </w:r>
    </w:p>
    <w:p w14:paraId="30BDA36C" w14:textId="77777777" w:rsidR="0019621A" w:rsidRDefault="0019621A">
      <w:pPr>
        <w:rPr>
          <w:i/>
          <w:iCs/>
          <w:sz w:val="24"/>
          <w:szCs w:val="24"/>
        </w:rPr>
      </w:pPr>
    </w:p>
    <w:p w14:paraId="76334192" w14:textId="77777777" w:rsidR="006E080D" w:rsidRPr="00886DB7" w:rsidRDefault="00886DB7">
      <w:pPr>
        <w:rPr>
          <w:i/>
          <w:iCs/>
          <w:sz w:val="24"/>
          <w:szCs w:val="24"/>
        </w:rPr>
      </w:pPr>
      <w:r w:rsidRPr="00886DB7">
        <w:rPr>
          <w:i/>
          <w:iCs/>
          <w:sz w:val="24"/>
          <w:szCs w:val="24"/>
        </w:rPr>
        <w:t>Once you have identifie</w:t>
      </w:r>
      <w:r>
        <w:rPr>
          <w:i/>
          <w:iCs/>
          <w:sz w:val="24"/>
          <w:szCs w:val="24"/>
        </w:rPr>
        <w:t>d</w:t>
      </w:r>
      <w:r w:rsidRPr="00886DB7">
        <w:rPr>
          <w:i/>
          <w:iCs/>
          <w:sz w:val="24"/>
          <w:szCs w:val="24"/>
        </w:rPr>
        <w:t xml:space="preserve"> 3-5 therapists who you would like to reach out to, it is time to send an email to request a 15-minute video chat or phone call. This conversation should be free, low pressure, and low demand. It will likely feel awkward for both you and the therapist. That is normal. </w:t>
      </w:r>
    </w:p>
    <w:p w14:paraId="276767FD" w14:textId="77777777" w:rsidR="006E080D" w:rsidRDefault="006E080D">
      <w:pPr>
        <w:rPr>
          <w:b/>
          <w:bCs/>
          <w:sz w:val="28"/>
          <w:szCs w:val="28"/>
          <w:u w:val="single"/>
        </w:rPr>
      </w:pPr>
    </w:p>
    <w:p w14:paraId="450D28C1" w14:textId="77777777" w:rsidR="006E080D" w:rsidRDefault="006E080D">
      <w:pPr>
        <w:rPr>
          <w:b/>
          <w:bCs/>
          <w:sz w:val="28"/>
          <w:szCs w:val="28"/>
          <w:u w:val="single"/>
        </w:rPr>
      </w:pPr>
    </w:p>
    <w:p w14:paraId="24E157C5" w14:textId="77777777" w:rsidR="0019621A" w:rsidRDefault="0019621A">
      <w:pPr>
        <w:rPr>
          <w:b/>
          <w:bCs/>
          <w:sz w:val="28"/>
          <w:szCs w:val="28"/>
          <w:u w:val="single"/>
        </w:rPr>
      </w:pPr>
    </w:p>
    <w:p w14:paraId="73F0EA5E" w14:textId="77777777" w:rsidR="0019621A" w:rsidRDefault="0019621A">
      <w:pPr>
        <w:rPr>
          <w:b/>
          <w:bCs/>
          <w:sz w:val="28"/>
          <w:szCs w:val="28"/>
          <w:u w:val="single"/>
        </w:rPr>
      </w:pPr>
    </w:p>
    <w:p w14:paraId="7C5C1520" w14:textId="77777777" w:rsidR="0019621A" w:rsidRDefault="0019621A">
      <w:pPr>
        <w:rPr>
          <w:b/>
          <w:bCs/>
          <w:sz w:val="28"/>
          <w:szCs w:val="28"/>
          <w:u w:val="single"/>
        </w:rPr>
      </w:pPr>
    </w:p>
    <w:p w14:paraId="73A36BED" w14:textId="77777777" w:rsidR="0019621A" w:rsidRDefault="0019621A">
      <w:pPr>
        <w:rPr>
          <w:b/>
          <w:bCs/>
          <w:sz w:val="28"/>
          <w:szCs w:val="28"/>
          <w:u w:val="single"/>
        </w:rPr>
      </w:pPr>
    </w:p>
    <w:p w14:paraId="5F705450" w14:textId="77777777" w:rsidR="00B90003" w:rsidRDefault="00D05881">
      <w:r>
        <w:br w:type="page"/>
      </w:r>
    </w:p>
    <w:p w14:paraId="735F6C95" w14:textId="77777777" w:rsidR="0019621A" w:rsidRDefault="0019621A">
      <w:pPr>
        <w:pStyle w:val="Title"/>
      </w:pPr>
    </w:p>
    <w:p w14:paraId="2ED58312" w14:textId="77777777" w:rsidR="0019621A" w:rsidRDefault="00E86AC6" w:rsidP="0019621A">
      <w:pPr>
        <w:pStyle w:val="Title"/>
      </w:pPr>
      <w:r>
        <w:t>Prepare</w:t>
      </w:r>
      <w:r w:rsidR="0019621A">
        <w:t xml:space="preserve"> Questions</w:t>
      </w:r>
      <w:r>
        <w:t xml:space="preserve"> for the Consultation</w:t>
      </w:r>
    </w:p>
    <w:p w14:paraId="50121597" w14:textId="77777777" w:rsidR="009A5919" w:rsidRPr="00390920" w:rsidRDefault="007044B0" w:rsidP="0019621A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i/>
          <w:i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i/>
          <w:iCs/>
          <w:color w:val="auto"/>
          <w:sz w:val="24"/>
          <w:szCs w:val="24"/>
        </w:rPr>
        <w:t xml:space="preserve">Use your </w:t>
      </w:r>
      <w:r w:rsidR="00285A2A">
        <w:rPr>
          <w:rFonts w:asciiTheme="majorHAnsi" w:eastAsiaTheme="majorEastAsia" w:hAnsiTheme="majorHAnsi" w:cstheme="majorBidi"/>
          <w:i/>
          <w:iCs/>
          <w:color w:val="auto"/>
          <w:sz w:val="24"/>
          <w:szCs w:val="24"/>
        </w:rPr>
        <w:t>Needs and Preferences Table (pg. 4)</w:t>
      </w:r>
      <w:r w:rsidR="009A5919">
        <w:rPr>
          <w:rFonts w:asciiTheme="majorHAnsi" w:eastAsiaTheme="majorEastAsia" w:hAnsiTheme="majorHAnsi" w:cstheme="majorBidi"/>
          <w:i/>
          <w:iCs/>
          <w:color w:val="auto"/>
          <w:sz w:val="24"/>
          <w:szCs w:val="24"/>
        </w:rPr>
        <w:t xml:space="preserve"> to develop questions for the therapy consultation. </w:t>
      </w:r>
    </w:p>
    <w:p w14:paraId="60D329B4" w14:textId="3A8215A2" w:rsidR="0019621A" w:rsidRPr="00672709" w:rsidRDefault="00E92471" w:rsidP="00672709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 xml:space="preserve">Perspective on ADHD and your </w:t>
      </w:r>
      <w:r w:rsidR="000E7AC8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unique challenges</w:t>
      </w:r>
    </w:p>
    <w:p w14:paraId="1FF3D527" w14:textId="77777777" w:rsidR="0019621A" w:rsidRPr="00390920" w:rsidRDefault="000B0FE6" w:rsidP="0019621A">
      <w:pPr>
        <w:rPr>
          <w:i/>
          <w:iCs/>
          <w:sz w:val="22"/>
        </w:rPr>
      </w:pPr>
      <w:r w:rsidRPr="00390920">
        <w:rPr>
          <w:i/>
          <w:iCs/>
          <w:sz w:val="22"/>
        </w:rPr>
        <w:t xml:space="preserve">Using your Needs and Preferences Table, develop a question about </w:t>
      </w:r>
      <w:r w:rsidR="00F46A6E" w:rsidRPr="00390920">
        <w:rPr>
          <w:i/>
          <w:iCs/>
          <w:sz w:val="22"/>
        </w:rPr>
        <w:t xml:space="preserve">how the therapist can help you with your particular issues, challenges, and needs. </w:t>
      </w:r>
    </w:p>
    <w:p w14:paraId="68450F2F" w14:textId="77777777" w:rsidR="0019621A" w:rsidRPr="00390920" w:rsidRDefault="00672709" w:rsidP="0019621A">
      <w:pPr>
        <w:rPr>
          <w:b/>
          <w:bCs/>
          <w:sz w:val="22"/>
          <w:u w:val="single"/>
        </w:rPr>
      </w:pPr>
      <w:r w:rsidRPr="00390920">
        <w:rPr>
          <w:b/>
          <w:bCs/>
          <w:sz w:val="22"/>
          <w:u w:val="single"/>
        </w:rPr>
        <w:t>Question 1:</w:t>
      </w:r>
    </w:p>
    <w:p w14:paraId="3C646BFF" w14:textId="77777777" w:rsidR="00390920" w:rsidRDefault="00390920" w:rsidP="00390920">
      <w:pPr>
        <w:rPr>
          <w:b/>
          <w:bCs/>
          <w:sz w:val="28"/>
          <w:szCs w:val="28"/>
          <w:u w:val="single"/>
        </w:rPr>
      </w:pPr>
    </w:p>
    <w:p w14:paraId="738FDB04" w14:textId="77777777" w:rsidR="00390920" w:rsidRDefault="00390920" w:rsidP="00390920">
      <w:pPr>
        <w:rPr>
          <w:b/>
          <w:bCs/>
          <w:sz w:val="28"/>
          <w:szCs w:val="28"/>
          <w:u w:val="single"/>
        </w:rPr>
      </w:pPr>
    </w:p>
    <w:p w14:paraId="70D2304C" w14:textId="77777777" w:rsidR="00F46A6E" w:rsidRPr="0019621A" w:rsidRDefault="00390920" w:rsidP="00F46A6E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Logistical</w:t>
      </w:r>
      <w:r w:rsidR="00672709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/Practical question</w:t>
      </w:r>
    </w:p>
    <w:p w14:paraId="4A93B996" w14:textId="7E4D9EAC" w:rsidR="00F46A6E" w:rsidRPr="00390920" w:rsidRDefault="00A05E99" w:rsidP="00F46A6E">
      <w:pPr>
        <w:rPr>
          <w:i/>
          <w:iCs/>
          <w:sz w:val="22"/>
        </w:rPr>
      </w:pPr>
      <w:r w:rsidRPr="00390920">
        <w:rPr>
          <w:i/>
          <w:iCs/>
          <w:sz w:val="22"/>
        </w:rPr>
        <w:t>Develop a question about practical issues like insurance/</w:t>
      </w:r>
      <w:r w:rsidR="000E7AC8" w:rsidRPr="00390920">
        <w:rPr>
          <w:i/>
          <w:iCs/>
          <w:sz w:val="22"/>
        </w:rPr>
        <w:t>self-pay</w:t>
      </w:r>
      <w:r w:rsidRPr="00390920">
        <w:rPr>
          <w:i/>
          <w:iCs/>
          <w:sz w:val="22"/>
        </w:rPr>
        <w:t xml:space="preserve">/sliding scale, </w:t>
      </w:r>
      <w:r w:rsidR="004E5114" w:rsidRPr="00390920">
        <w:rPr>
          <w:i/>
          <w:iCs/>
          <w:sz w:val="22"/>
        </w:rPr>
        <w:t>location, times, flexibility, accommodations, etc</w:t>
      </w:r>
      <w:r w:rsidR="00F46A6E" w:rsidRPr="00390920">
        <w:rPr>
          <w:i/>
          <w:iCs/>
          <w:sz w:val="22"/>
        </w:rPr>
        <w:t xml:space="preserve">. </w:t>
      </w:r>
    </w:p>
    <w:p w14:paraId="20439193" w14:textId="77777777" w:rsidR="00F46A6E" w:rsidRPr="00390920" w:rsidRDefault="004E5114" w:rsidP="0019621A">
      <w:pPr>
        <w:rPr>
          <w:b/>
          <w:bCs/>
          <w:sz w:val="22"/>
          <w:u w:val="single"/>
        </w:rPr>
      </w:pPr>
      <w:r w:rsidRPr="00390920">
        <w:rPr>
          <w:b/>
          <w:bCs/>
          <w:sz w:val="22"/>
          <w:u w:val="single"/>
        </w:rPr>
        <w:t xml:space="preserve">Question </w:t>
      </w:r>
      <w:r w:rsidR="00950B60">
        <w:rPr>
          <w:b/>
          <w:bCs/>
          <w:sz w:val="22"/>
          <w:u w:val="single"/>
        </w:rPr>
        <w:t>2</w:t>
      </w:r>
      <w:r w:rsidRPr="00390920">
        <w:rPr>
          <w:b/>
          <w:bCs/>
          <w:sz w:val="22"/>
          <w:u w:val="single"/>
        </w:rPr>
        <w:t>:</w:t>
      </w:r>
    </w:p>
    <w:p w14:paraId="5B348553" w14:textId="77777777" w:rsidR="00F46A6E" w:rsidRDefault="00F46A6E" w:rsidP="0019621A">
      <w:pPr>
        <w:rPr>
          <w:b/>
          <w:bCs/>
          <w:sz w:val="28"/>
          <w:szCs w:val="28"/>
          <w:u w:val="single"/>
        </w:rPr>
      </w:pPr>
    </w:p>
    <w:p w14:paraId="08EBA197" w14:textId="77777777" w:rsidR="00950B60" w:rsidRDefault="00950B60" w:rsidP="0019621A">
      <w:pPr>
        <w:rPr>
          <w:b/>
          <w:bCs/>
          <w:sz w:val="28"/>
          <w:szCs w:val="28"/>
          <w:u w:val="single"/>
        </w:rPr>
      </w:pPr>
    </w:p>
    <w:p w14:paraId="52A2C890" w14:textId="77777777" w:rsidR="00950B60" w:rsidRDefault="00950B60" w:rsidP="0019621A">
      <w:pPr>
        <w:rPr>
          <w:b/>
          <w:bCs/>
          <w:sz w:val="28"/>
          <w:szCs w:val="28"/>
          <w:u w:val="single"/>
        </w:rPr>
      </w:pPr>
    </w:p>
    <w:p w14:paraId="49F52AAE" w14:textId="77777777" w:rsidR="003D7F4A" w:rsidRPr="00672709" w:rsidRDefault="003D7F4A" w:rsidP="003D7F4A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Other</w:t>
      </w:r>
      <w:r w:rsidR="00950B60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 xml:space="preserve"> (optional)</w:t>
      </w:r>
    </w:p>
    <w:p w14:paraId="5D734467" w14:textId="1E49BD83" w:rsidR="003D7F4A" w:rsidRPr="0019621A" w:rsidRDefault="003D7F4A" w:rsidP="003D7F4A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Create a </w:t>
      </w:r>
      <w:r w:rsidR="00D25B42">
        <w:rPr>
          <w:i/>
          <w:iCs/>
          <w:sz w:val="24"/>
          <w:szCs w:val="24"/>
        </w:rPr>
        <w:t xml:space="preserve">question or </w:t>
      </w:r>
      <w:r w:rsidR="00950B60">
        <w:rPr>
          <w:i/>
          <w:iCs/>
          <w:sz w:val="24"/>
          <w:szCs w:val="24"/>
        </w:rPr>
        <w:t>two</w:t>
      </w:r>
      <w:r w:rsidR="00D25B42">
        <w:rPr>
          <w:i/>
          <w:iCs/>
          <w:sz w:val="24"/>
          <w:szCs w:val="24"/>
        </w:rPr>
        <w:t xml:space="preserve"> about things that are important to you </w:t>
      </w:r>
      <w:r w:rsidR="000E7AC8">
        <w:rPr>
          <w:i/>
          <w:iCs/>
          <w:sz w:val="24"/>
          <w:szCs w:val="24"/>
        </w:rPr>
        <w:t>to</w:t>
      </w:r>
      <w:r w:rsidR="00D25B42">
        <w:rPr>
          <w:i/>
          <w:iCs/>
          <w:sz w:val="24"/>
          <w:szCs w:val="24"/>
        </w:rPr>
        <w:t xml:space="preserve"> develop trust and confidence that this person can help you </w:t>
      </w:r>
      <w:r w:rsidR="00950B60">
        <w:rPr>
          <w:i/>
          <w:iCs/>
          <w:sz w:val="24"/>
          <w:szCs w:val="24"/>
        </w:rPr>
        <w:t>feel better.</w:t>
      </w:r>
    </w:p>
    <w:p w14:paraId="2A14128A" w14:textId="77777777" w:rsidR="003D7F4A" w:rsidRDefault="003D7F4A" w:rsidP="003D7F4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Question 3:</w:t>
      </w:r>
    </w:p>
    <w:p w14:paraId="5F17F9EB" w14:textId="77777777" w:rsidR="00F46A6E" w:rsidRDefault="00F46A6E" w:rsidP="0019621A">
      <w:pPr>
        <w:rPr>
          <w:b/>
          <w:bCs/>
          <w:sz w:val="28"/>
          <w:szCs w:val="28"/>
          <w:u w:val="single"/>
        </w:rPr>
      </w:pPr>
    </w:p>
    <w:p w14:paraId="35DB98A5" w14:textId="77777777" w:rsidR="00E86AC6" w:rsidRDefault="00E86AC6" w:rsidP="0019621A">
      <w:pPr>
        <w:rPr>
          <w:b/>
          <w:bCs/>
          <w:sz w:val="28"/>
          <w:szCs w:val="28"/>
          <w:u w:val="single"/>
        </w:rPr>
      </w:pPr>
    </w:p>
    <w:p w14:paraId="447BB77A" w14:textId="77777777" w:rsidR="00950B60" w:rsidRDefault="00950B60" w:rsidP="0019621A">
      <w:pPr>
        <w:rPr>
          <w:b/>
          <w:bCs/>
          <w:sz w:val="28"/>
          <w:szCs w:val="28"/>
          <w:u w:val="single"/>
        </w:rPr>
      </w:pPr>
    </w:p>
    <w:p w14:paraId="593A8C60" w14:textId="77777777" w:rsidR="00950B60" w:rsidRDefault="00950B60" w:rsidP="0019621A">
      <w:pPr>
        <w:rPr>
          <w:b/>
          <w:bCs/>
          <w:sz w:val="28"/>
          <w:szCs w:val="28"/>
          <w:u w:val="single"/>
        </w:rPr>
      </w:pPr>
    </w:p>
    <w:p w14:paraId="36281C89" w14:textId="77777777" w:rsidR="00CE59C2" w:rsidRPr="00672709" w:rsidRDefault="00E86AC6" w:rsidP="00CE59C2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 xml:space="preserve">Establish </w:t>
      </w:r>
      <w:r w:rsidR="00CE59C2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Next Steps</w:t>
      </w:r>
    </w:p>
    <w:p w14:paraId="3BDB8F8F" w14:textId="1272021F" w:rsidR="00CE59C2" w:rsidRPr="0019621A" w:rsidRDefault="00CE59C2" w:rsidP="00CE59C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Clearly define next steps. If you feel connected to this therapist, consider scheduling an appointment</w:t>
      </w:r>
      <w:r w:rsidR="00E86AC6">
        <w:rPr>
          <w:i/>
          <w:iCs/>
          <w:sz w:val="24"/>
          <w:szCs w:val="24"/>
        </w:rPr>
        <w:t xml:space="preserve"> during the consultation</w:t>
      </w:r>
      <w:r w:rsidR="00245E65">
        <w:rPr>
          <w:i/>
          <w:iCs/>
          <w:sz w:val="24"/>
          <w:szCs w:val="24"/>
        </w:rPr>
        <w:t xml:space="preserve">. If you want to look at other therapists, confirm how you can follow up to schedule an appointment if you select this </w:t>
      </w:r>
      <w:r w:rsidR="00E86AC6">
        <w:rPr>
          <w:i/>
          <w:iCs/>
          <w:sz w:val="24"/>
          <w:szCs w:val="24"/>
        </w:rPr>
        <w:t>therapist</w:t>
      </w:r>
      <w:r w:rsidR="00245E65">
        <w:rPr>
          <w:i/>
          <w:iCs/>
          <w:sz w:val="24"/>
          <w:szCs w:val="24"/>
        </w:rPr>
        <w:t xml:space="preserve"> </w:t>
      </w:r>
      <w:r w:rsidR="000E7AC8">
        <w:rPr>
          <w:i/>
          <w:iCs/>
          <w:sz w:val="24"/>
          <w:szCs w:val="24"/>
        </w:rPr>
        <w:t>later</w:t>
      </w:r>
      <w:r w:rsidR="00E86AC6">
        <w:rPr>
          <w:i/>
          <w:iCs/>
          <w:sz w:val="24"/>
          <w:szCs w:val="24"/>
        </w:rPr>
        <w:t xml:space="preserve"> (gather contact information). </w:t>
      </w:r>
    </w:p>
    <w:p w14:paraId="711F27FB" w14:textId="77777777" w:rsidR="0019621A" w:rsidRDefault="0019621A">
      <w:pPr>
        <w:pStyle w:val="Title"/>
      </w:pPr>
    </w:p>
    <w:p w14:paraId="534DA984" w14:textId="77777777" w:rsidR="0019621A" w:rsidRDefault="0019621A">
      <w:pPr>
        <w:pStyle w:val="Title"/>
      </w:pPr>
    </w:p>
    <w:p w14:paraId="656D04FE" w14:textId="77777777" w:rsidR="00B90003" w:rsidRDefault="00D05881">
      <w:pPr>
        <w:pStyle w:val="Title"/>
      </w:pPr>
      <w:r>
        <w:t>2. The Consultation</w:t>
      </w:r>
    </w:p>
    <w:p w14:paraId="22656E86" w14:textId="3C547441" w:rsidR="00B90003" w:rsidRPr="003D7F4A" w:rsidRDefault="00886DB7">
      <w:pPr>
        <w:rPr>
          <w:i/>
          <w:iCs/>
          <w:sz w:val="24"/>
          <w:szCs w:val="24"/>
        </w:rPr>
      </w:pPr>
      <w:r w:rsidRPr="003D7F4A">
        <w:rPr>
          <w:i/>
          <w:iCs/>
          <w:sz w:val="24"/>
          <w:szCs w:val="24"/>
        </w:rPr>
        <w:t xml:space="preserve">The consultation is a time to see if you </w:t>
      </w:r>
      <w:r w:rsidR="000A6B34" w:rsidRPr="003D7F4A">
        <w:rPr>
          <w:i/>
          <w:iCs/>
          <w:sz w:val="24"/>
          <w:szCs w:val="24"/>
        </w:rPr>
        <w:t xml:space="preserve">and the therapist are a good fit. </w:t>
      </w:r>
      <w:r w:rsidR="0019621A" w:rsidRPr="003D7F4A">
        <w:rPr>
          <w:i/>
          <w:iCs/>
          <w:sz w:val="24"/>
          <w:szCs w:val="24"/>
        </w:rPr>
        <w:t xml:space="preserve">Ask </w:t>
      </w:r>
      <w:r w:rsidR="000E7AC8" w:rsidRPr="003D7F4A">
        <w:rPr>
          <w:i/>
          <w:iCs/>
          <w:sz w:val="24"/>
          <w:szCs w:val="24"/>
        </w:rPr>
        <w:t>all</w:t>
      </w:r>
      <w:r w:rsidR="000A6B34" w:rsidRPr="003D7F4A">
        <w:rPr>
          <w:i/>
          <w:iCs/>
          <w:sz w:val="24"/>
          <w:szCs w:val="24"/>
        </w:rPr>
        <w:t xml:space="preserve"> </w:t>
      </w:r>
      <w:r w:rsidR="0019621A" w:rsidRPr="003D7F4A">
        <w:rPr>
          <w:i/>
          <w:iCs/>
          <w:sz w:val="24"/>
          <w:szCs w:val="24"/>
        </w:rPr>
        <w:t xml:space="preserve">your prepared questions (pg. 10). </w:t>
      </w:r>
      <w:r w:rsidR="000E7AC8" w:rsidRPr="003D7F4A">
        <w:rPr>
          <w:i/>
          <w:iCs/>
          <w:sz w:val="24"/>
          <w:szCs w:val="24"/>
        </w:rPr>
        <w:t>Consider probing</w:t>
      </w:r>
      <w:r w:rsidR="0019621A" w:rsidRPr="003D7F4A">
        <w:rPr>
          <w:i/>
          <w:iCs/>
          <w:sz w:val="24"/>
          <w:szCs w:val="24"/>
        </w:rPr>
        <w:t xml:space="preserve"> or push</w:t>
      </w:r>
      <w:r w:rsidR="003D7F4A" w:rsidRPr="003D7F4A">
        <w:rPr>
          <w:i/>
          <w:iCs/>
          <w:sz w:val="24"/>
          <w:szCs w:val="24"/>
        </w:rPr>
        <w:t>ing</w:t>
      </w:r>
      <w:r w:rsidR="0019621A" w:rsidRPr="003D7F4A">
        <w:rPr>
          <w:i/>
          <w:iCs/>
          <w:sz w:val="24"/>
          <w:szCs w:val="24"/>
        </w:rPr>
        <w:t xml:space="preserve"> back if something doesn’t feel right. </w:t>
      </w:r>
      <w:r w:rsidR="00C023E4">
        <w:rPr>
          <w:i/>
          <w:iCs/>
          <w:sz w:val="24"/>
          <w:szCs w:val="24"/>
        </w:rPr>
        <w:t xml:space="preserve">Be sure to </w:t>
      </w:r>
      <w:r w:rsidR="001C48B8">
        <w:rPr>
          <w:i/>
          <w:iCs/>
          <w:sz w:val="24"/>
          <w:szCs w:val="24"/>
        </w:rPr>
        <w:t xml:space="preserve">have a copy of your prepared questions and health insurance card available for the interview.  </w:t>
      </w:r>
    </w:p>
    <w:p w14:paraId="284DD3E3" w14:textId="77777777" w:rsidR="00B90003" w:rsidRDefault="00B90003">
      <w:pPr>
        <w:spacing w:after="0"/>
      </w:pPr>
    </w:p>
    <w:p w14:paraId="4CC670B3" w14:textId="77777777" w:rsidR="003D7F4A" w:rsidRPr="003D7F4A" w:rsidRDefault="00D05881">
      <w:pP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 w:rsidRPr="003D7F4A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 xml:space="preserve">Example opening </w:t>
      </w:r>
    </w:p>
    <w:p w14:paraId="73DE5692" w14:textId="77777777" w:rsidR="00B90003" w:rsidRPr="00D66183" w:rsidRDefault="00D05881">
      <w:pPr>
        <w:rPr>
          <w:sz w:val="24"/>
          <w:szCs w:val="24"/>
        </w:rPr>
      </w:pPr>
      <w:r w:rsidRPr="00D66183">
        <w:rPr>
          <w:sz w:val="24"/>
          <w:szCs w:val="24"/>
        </w:rPr>
        <w:t>Thanks for taking the time to meet with me. I'm looking for a therapist and wanted to see if we might be a fit.</w:t>
      </w:r>
    </w:p>
    <w:p w14:paraId="33AC0D2F" w14:textId="77777777" w:rsidR="00B90003" w:rsidRPr="00D66183" w:rsidRDefault="00D05881">
      <w:pPr>
        <w:pStyle w:val="Heading2"/>
        <w:rPr>
          <w:sz w:val="28"/>
          <w:szCs w:val="28"/>
        </w:rPr>
      </w:pPr>
      <w:r w:rsidRPr="00D66183">
        <w:rPr>
          <w:sz w:val="28"/>
          <w:szCs w:val="28"/>
        </w:rPr>
        <w:t>What I want support with</w:t>
      </w:r>
    </w:p>
    <w:p w14:paraId="6A829E83" w14:textId="77777777" w:rsidR="00B90003" w:rsidRPr="00D66183" w:rsidRDefault="00D05881">
      <w:pPr>
        <w:rPr>
          <w:sz w:val="24"/>
          <w:szCs w:val="24"/>
        </w:rPr>
      </w:pPr>
      <w:r w:rsidRPr="00D66183">
        <w:rPr>
          <w:sz w:val="24"/>
          <w:szCs w:val="24"/>
        </w:rPr>
        <w:t>I'm looking for support with ADHD and ____________________. What is your approach to helping with that?</w:t>
      </w:r>
    </w:p>
    <w:p w14:paraId="3007EAA5" w14:textId="77777777" w:rsidR="00B90003" w:rsidRPr="00D66183" w:rsidRDefault="00D05881">
      <w:pPr>
        <w:pStyle w:val="Heading2"/>
        <w:rPr>
          <w:sz w:val="28"/>
          <w:szCs w:val="28"/>
        </w:rPr>
      </w:pPr>
      <w:r w:rsidRPr="00D66183">
        <w:rPr>
          <w:sz w:val="28"/>
          <w:szCs w:val="28"/>
        </w:rPr>
        <w:t>Practical fit</w:t>
      </w:r>
    </w:p>
    <w:p w14:paraId="3AC19ABA" w14:textId="77777777" w:rsidR="00B90003" w:rsidRPr="00D66183" w:rsidRDefault="00D05881">
      <w:pPr>
        <w:rPr>
          <w:sz w:val="24"/>
          <w:szCs w:val="24"/>
        </w:rPr>
      </w:pPr>
      <w:r w:rsidRPr="00D66183">
        <w:rPr>
          <w:sz w:val="24"/>
          <w:szCs w:val="24"/>
        </w:rPr>
        <w:t>Ask about anything important from your NEED list: cost, insurance, schedule, location, telehealth, availability or policies.</w:t>
      </w:r>
    </w:p>
    <w:p w14:paraId="3059A2CB" w14:textId="77777777" w:rsidR="00B90003" w:rsidRPr="00D66183" w:rsidRDefault="00D05881">
      <w:pPr>
        <w:pStyle w:val="Heading2"/>
        <w:rPr>
          <w:sz w:val="28"/>
          <w:szCs w:val="28"/>
        </w:rPr>
      </w:pPr>
      <w:r w:rsidRPr="00D66183">
        <w:rPr>
          <w:sz w:val="28"/>
          <w:szCs w:val="28"/>
        </w:rPr>
        <w:t>My questions</w:t>
      </w:r>
    </w:p>
    <w:p w14:paraId="79C71BB0" w14:textId="77777777" w:rsidR="00B90003" w:rsidRPr="00D66183" w:rsidRDefault="00C023E4">
      <w:pPr>
        <w:rPr>
          <w:sz w:val="24"/>
          <w:szCs w:val="24"/>
        </w:rPr>
      </w:pPr>
      <w:r w:rsidRPr="00D66183">
        <w:rPr>
          <w:sz w:val="24"/>
          <w:szCs w:val="24"/>
        </w:rPr>
        <w:t xml:space="preserve">Review your prepared questions and </w:t>
      </w:r>
      <w:r w:rsidR="001C48B8" w:rsidRPr="00D66183">
        <w:rPr>
          <w:sz w:val="24"/>
          <w:szCs w:val="24"/>
        </w:rPr>
        <w:t>any</w:t>
      </w:r>
      <w:r w:rsidRPr="00D66183">
        <w:rPr>
          <w:sz w:val="24"/>
          <w:szCs w:val="24"/>
        </w:rPr>
        <w:t xml:space="preserve"> that have not been </w:t>
      </w:r>
      <w:r w:rsidR="001C48B8" w:rsidRPr="00D66183">
        <w:rPr>
          <w:sz w:val="24"/>
          <w:szCs w:val="24"/>
        </w:rPr>
        <w:t>answered</w:t>
      </w:r>
      <w:r w:rsidRPr="00D66183">
        <w:rPr>
          <w:sz w:val="24"/>
          <w:szCs w:val="24"/>
        </w:rPr>
        <w:t xml:space="preserve">. </w:t>
      </w:r>
    </w:p>
    <w:p w14:paraId="667E15E3" w14:textId="77777777" w:rsidR="001C48B8" w:rsidRDefault="001C48B8">
      <w:pPr>
        <w:pStyle w:val="Heading1"/>
      </w:pPr>
    </w:p>
    <w:p w14:paraId="0E1A957C" w14:textId="77777777" w:rsidR="00B90003" w:rsidRDefault="00D05881">
      <w:pPr>
        <w:pStyle w:val="Heading1"/>
      </w:pPr>
      <w:r>
        <w:t>Right after</w:t>
      </w:r>
    </w:p>
    <w:p w14:paraId="2CE57EBB" w14:textId="77777777" w:rsidR="00B90003" w:rsidRPr="001C48B8" w:rsidRDefault="00D05881">
      <w:pPr>
        <w:rPr>
          <w:b/>
          <w:bCs/>
          <w:sz w:val="24"/>
          <w:szCs w:val="24"/>
        </w:rPr>
      </w:pPr>
      <w:r w:rsidRPr="001C48B8">
        <w:rPr>
          <w:b/>
          <w:bCs/>
          <w:sz w:val="24"/>
          <w:szCs w:val="24"/>
        </w:rPr>
        <w:t>Write it down within 30 minutes while it's fresh.</w:t>
      </w:r>
      <w:r w:rsidR="001C48B8">
        <w:rPr>
          <w:b/>
          <w:bCs/>
          <w:sz w:val="24"/>
          <w:szCs w:val="24"/>
        </w:rPr>
        <w:t xml:space="preserve"> Use the </w:t>
      </w:r>
      <w:r w:rsidR="00D66183">
        <w:rPr>
          <w:b/>
          <w:bCs/>
          <w:sz w:val="24"/>
          <w:szCs w:val="24"/>
        </w:rPr>
        <w:t>Therapist Notes Sheet (pg. 13)</w:t>
      </w:r>
      <w:r w:rsidR="00DC6F36">
        <w:rPr>
          <w:b/>
          <w:bCs/>
          <w:sz w:val="24"/>
          <w:szCs w:val="24"/>
        </w:rPr>
        <w:t xml:space="preserve"> </w:t>
      </w:r>
      <w:r w:rsidR="00D66183">
        <w:rPr>
          <w:b/>
          <w:bCs/>
          <w:sz w:val="24"/>
          <w:szCs w:val="24"/>
        </w:rPr>
        <w:t xml:space="preserve">to document your thoughts if it is helpful. </w:t>
      </w:r>
    </w:p>
    <w:p w14:paraId="7B3B86C0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How do I feel after talking with this person?</w:t>
      </w:r>
    </w:p>
    <w:p w14:paraId="35AD6425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More hopeful? Less hopeful? Better? Worse? Something else?</w:t>
      </w:r>
    </w:p>
    <w:p w14:paraId="57E7A499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What might it be like to work with this person for the next few months?</w:t>
      </w:r>
    </w:p>
    <w:p w14:paraId="6CA27485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Can I imagine developing enough trust to show up as more of my whole self?</w:t>
      </w:r>
    </w:p>
    <w:p w14:paraId="2F5D0495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Looking back at my needs and preferences, how does this match feel?</w:t>
      </w:r>
    </w:p>
    <w:p w14:paraId="1E85A21F" w14:textId="77777777" w:rsidR="00B90003" w:rsidRPr="001C48B8" w:rsidRDefault="00D05881">
      <w:pPr>
        <w:rPr>
          <w:sz w:val="24"/>
          <w:szCs w:val="24"/>
        </w:rPr>
      </w:pPr>
      <w:r w:rsidRPr="001C48B8">
        <w:rPr>
          <w:sz w:val="24"/>
          <w:szCs w:val="24"/>
        </w:rPr>
        <w:br w:type="page"/>
      </w:r>
    </w:p>
    <w:p w14:paraId="07A93883" w14:textId="77777777" w:rsidR="00B90003" w:rsidRDefault="00D05881">
      <w:pPr>
        <w:pStyle w:val="Title"/>
      </w:pPr>
      <w:r>
        <w:lastRenderedPageBreak/>
        <w:t>Therapist Notes</w:t>
      </w:r>
    </w:p>
    <w:p w14:paraId="01E9A461" w14:textId="77777777" w:rsidR="00B90003" w:rsidRDefault="00D05881">
      <w:r>
        <w:rPr>
          <w:b/>
          <w:color w:val="5F6F4F"/>
          <w:sz w:val="22"/>
        </w:rPr>
        <w:t>Use one column for each person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2"/>
        <w:gridCol w:w="3494"/>
        <w:gridCol w:w="3494"/>
      </w:tblGrid>
      <w:tr w:rsidR="00B90003" w14:paraId="79ED5211" w14:textId="77777777" w:rsidTr="002A0E04">
        <w:trPr>
          <w:trHeight w:val="667"/>
        </w:trPr>
        <w:tc>
          <w:tcPr>
            <w:tcW w:w="3492" w:type="dxa"/>
            <w:shd w:val="clear" w:color="auto" w:fill="E7DDCD"/>
          </w:tcPr>
          <w:p w14:paraId="7B53C5D9" w14:textId="77777777" w:rsidR="002A0E04" w:rsidRPr="002A0E04" w:rsidRDefault="00D05881">
            <w:pPr>
              <w:rPr>
                <w:b/>
              </w:rPr>
            </w:pPr>
            <w:r>
              <w:rPr>
                <w:b/>
              </w:rPr>
              <w:t>THERAPIST 1</w:t>
            </w:r>
          </w:p>
        </w:tc>
        <w:tc>
          <w:tcPr>
            <w:tcW w:w="3494" w:type="dxa"/>
            <w:shd w:val="clear" w:color="auto" w:fill="E7DDCD"/>
          </w:tcPr>
          <w:p w14:paraId="57DA00E8" w14:textId="77777777" w:rsidR="00B90003" w:rsidRDefault="00D05881">
            <w:r>
              <w:rPr>
                <w:b/>
              </w:rPr>
              <w:t>THERAPIST 2</w:t>
            </w:r>
          </w:p>
        </w:tc>
        <w:tc>
          <w:tcPr>
            <w:tcW w:w="3494" w:type="dxa"/>
            <w:shd w:val="clear" w:color="auto" w:fill="E7DDCD"/>
          </w:tcPr>
          <w:p w14:paraId="6161A46A" w14:textId="77777777" w:rsidR="00B90003" w:rsidRDefault="00D05881">
            <w:r>
              <w:rPr>
                <w:b/>
              </w:rPr>
              <w:t>THERAPIST 3</w:t>
            </w:r>
          </w:p>
        </w:tc>
      </w:tr>
      <w:tr w:rsidR="00B90003" w14:paraId="3CC079BC" w14:textId="77777777" w:rsidTr="002A0E04">
        <w:trPr>
          <w:trHeight w:val="2150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25508" w14:textId="77777777" w:rsidR="00B90003" w:rsidRDefault="00D05881">
            <w:r>
              <w:t>Name + what stood out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DB50" w14:textId="77777777" w:rsidR="00B90003" w:rsidRDefault="00D05881">
            <w:r>
              <w:t>Name + what stood out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E69DF" w14:textId="77777777" w:rsidR="00B90003" w:rsidRDefault="00D05881">
            <w:r>
              <w:t>Name + what stood out</w:t>
            </w:r>
            <w:r>
              <w:br/>
            </w:r>
            <w:r>
              <w:br/>
            </w:r>
            <w:r>
              <w:br/>
            </w:r>
          </w:p>
        </w:tc>
      </w:tr>
      <w:tr w:rsidR="00B90003" w14:paraId="3973C9E7" w14:textId="77777777" w:rsidTr="002A0E04">
        <w:trPr>
          <w:trHeight w:val="2164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B0673" w14:textId="77777777" w:rsidR="00B90003" w:rsidRDefault="00D05881">
            <w:r>
              <w:t>Consultation notes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4BDC" w14:textId="77777777" w:rsidR="00B90003" w:rsidRDefault="00D05881">
            <w:r>
              <w:t>Consultation notes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207D9" w14:textId="77777777" w:rsidR="00B90003" w:rsidRDefault="00D05881">
            <w:r>
              <w:t>Consultation notes</w:t>
            </w:r>
            <w:r>
              <w:br/>
            </w:r>
            <w:r>
              <w:br/>
            </w:r>
            <w:r>
              <w:br/>
            </w:r>
          </w:p>
        </w:tc>
      </w:tr>
      <w:tr w:rsidR="00B90003" w14:paraId="5C1593AA" w14:textId="77777777" w:rsidTr="002A0E04">
        <w:trPr>
          <w:trHeight w:val="2150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573FE" w14:textId="77777777" w:rsidR="00B90003" w:rsidRDefault="00D05881">
            <w:r>
              <w:t>How I felt afterward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F9F48" w14:textId="77777777" w:rsidR="00B90003" w:rsidRDefault="00D05881">
            <w:r>
              <w:t>How I felt afterward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E55FD" w14:textId="77777777" w:rsidR="00B90003" w:rsidRDefault="00D05881">
            <w:r>
              <w:t>How I felt afterward</w:t>
            </w:r>
            <w:r>
              <w:br/>
            </w:r>
            <w:r>
              <w:br/>
            </w:r>
            <w:r>
              <w:br/>
            </w:r>
          </w:p>
        </w:tc>
      </w:tr>
      <w:tr w:rsidR="00B90003" w14:paraId="14093F52" w14:textId="77777777" w:rsidTr="002A0E04">
        <w:trPr>
          <w:trHeight w:val="2150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EC8E9" w14:textId="77777777" w:rsidR="00B90003" w:rsidRDefault="00D05881">
            <w:r>
              <w:t>Needs + preferences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E588E" w14:textId="77777777" w:rsidR="00B90003" w:rsidRDefault="00D05881">
            <w:r>
              <w:t>Needs + preferences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8051E" w14:textId="77777777" w:rsidR="00B90003" w:rsidRDefault="00D05881">
            <w:r>
              <w:t>Needs + preferences</w:t>
            </w:r>
            <w:r>
              <w:br/>
            </w:r>
            <w:r>
              <w:br/>
            </w:r>
            <w:r>
              <w:br/>
            </w:r>
          </w:p>
        </w:tc>
      </w:tr>
      <w:tr w:rsidR="00B90003" w14:paraId="6EACB744" w14:textId="77777777" w:rsidTr="002A0E04">
        <w:trPr>
          <w:trHeight w:val="2164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E416" w14:textId="77777777" w:rsidR="00B90003" w:rsidRDefault="00D05881">
            <w:r>
              <w:t>Next step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0FBC8" w14:textId="77777777" w:rsidR="00B90003" w:rsidRDefault="00D05881">
            <w:r>
              <w:t>Next step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7EEB0" w14:textId="77777777" w:rsidR="00B90003" w:rsidRDefault="00D05881">
            <w:r>
              <w:t>Next step</w:t>
            </w:r>
            <w:r>
              <w:br/>
            </w:r>
            <w:r>
              <w:br/>
            </w:r>
            <w:r>
              <w:br/>
            </w:r>
          </w:p>
        </w:tc>
      </w:tr>
    </w:tbl>
    <w:p w14:paraId="72FFAA08" w14:textId="77777777" w:rsidR="00B90003" w:rsidRDefault="00D05881">
      <w:r>
        <w:br w:type="page"/>
      </w:r>
    </w:p>
    <w:p w14:paraId="552AD856" w14:textId="77777777" w:rsidR="00B90003" w:rsidRDefault="00D05881">
      <w:pPr>
        <w:pStyle w:val="Title"/>
      </w:pPr>
      <w:r>
        <w:lastRenderedPageBreak/>
        <w:t>3. After the Consultation</w:t>
      </w:r>
    </w:p>
    <w:p w14:paraId="67BA3694" w14:textId="77777777" w:rsidR="00B90003" w:rsidRPr="00EE5E01" w:rsidRDefault="002A0E04">
      <w:pPr>
        <w:rPr>
          <w:i/>
          <w:iCs/>
        </w:rPr>
      </w:pPr>
      <w:r w:rsidRPr="00EE5E01">
        <w:rPr>
          <w:i/>
          <w:iCs/>
        </w:rPr>
        <w:t>Reach out to your selected therapist to start therapy</w:t>
      </w:r>
      <w:r w:rsidR="00EE5E01" w:rsidRPr="00EE5E01">
        <w:rPr>
          <w:i/>
          <w:iCs/>
        </w:rPr>
        <w:t xml:space="preserve"> via email or phone call.</w:t>
      </w:r>
    </w:p>
    <w:p w14:paraId="6DCCB5B6" w14:textId="77777777" w:rsidR="00EE5E01" w:rsidRDefault="00EE5E01"/>
    <w:p w14:paraId="1B9882F6" w14:textId="77777777" w:rsidR="000E7AC8" w:rsidRDefault="000E7AC8"/>
    <w:p w14:paraId="1A435B41" w14:textId="77777777" w:rsidR="000E7AC8" w:rsidRDefault="000E7AC8"/>
    <w:p w14:paraId="04E965B6" w14:textId="77777777" w:rsidR="000E7AC8" w:rsidRDefault="000E7AC8"/>
    <w:p w14:paraId="6FA6A169" w14:textId="77777777" w:rsidR="000E7AC8" w:rsidRDefault="000E7AC8"/>
    <w:p w14:paraId="052408AB" w14:textId="77777777" w:rsidR="000E7AC8" w:rsidRDefault="000E7AC8"/>
    <w:p w14:paraId="6164012C" w14:textId="77777777" w:rsidR="00B90003" w:rsidRPr="000E7AC8" w:rsidRDefault="00D05881">
      <w:pPr>
        <w:rPr>
          <w:sz w:val="24"/>
          <w:szCs w:val="24"/>
        </w:rPr>
      </w:pPr>
      <w:r w:rsidRPr="000E7AC8">
        <w:rPr>
          <w:sz w:val="24"/>
          <w:szCs w:val="24"/>
        </w:rPr>
        <w:t xml:space="preserve">Take a few minutes to reflect on how you felt. Look back at your needs and preferences. </w:t>
      </w:r>
      <w:r w:rsidR="002A0E04" w:rsidRPr="000E7AC8">
        <w:rPr>
          <w:sz w:val="24"/>
          <w:szCs w:val="24"/>
        </w:rPr>
        <w:t xml:space="preserve">Review the notes you took on each therapist. </w:t>
      </w:r>
      <w:r w:rsidRPr="000E7AC8">
        <w:rPr>
          <w:sz w:val="24"/>
          <w:szCs w:val="24"/>
        </w:rPr>
        <w:t>Follow your intuition and choose someone to try, knowing you can choose someone else later.</w:t>
      </w:r>
    </w:p>
    <w:p w14:paraId="548DF124" w14:textId="77777777" w:rsidR="006E080D" w:rsidRDefault="00D05881" w:rsidP="002A0E04">
      <w:pPr>
        <w:pStyle w:val="ListBullet"/>
        <w:spacing w:after="40"/>
      </w:pPr>
      <w:r>
        <w:t>Keep the information for your second or third choices</w:t>
      </w:r>
      <w:r w:rsidR="00EE5E01">
        <w:t>. I</w:t>
      </w:r>
      <w:r>
        <w:t xml:space="preserve">f the first therapist does not work out, you </w:t>
      </w:r>
      <w:r w:rsidR="00EE5E01">
        <w:t xml:space="preserve">can use </w:t>
      </w:r>
      <w:r w:rsidR="00A9161B">
        <w:t xml:space="preserve">your notes to connect with another therapist. </w:t>
      </w:r>
    </w:p>
    <w:p w14:paraId="6468CB17" w14:textId="77777777" w:rsidR="006E080D" w:rsidRDefault="006E080D"/>
    <w:p w14:paraId="23442978" w14:textId="77777777" w:rsidR="002A0E04" w:rsidRDefault="002A0E04"/>
    <w:p w14:paraId="08F79A98" w14:textId="77777777" w:rsidR="002A0E04" w:rsidRDefault="002A0E04"/>
    <w:p w14:paraId="4312D413" w14:textId="77777777" w:rsidR="000E7AC8" w:rsidRDefault="000E7AC8"/>
    <w:p w14:paraId="7F8FD476" w14:textId="77777777" w:rsidR="000E7AC8" w:rsidRDefault="000E7AC8"/>
    <w:p w14:paraId="0544BB03" w14:textId="77777777" w:rsidR="000E7AC8" w:rsidRDefault="000E7AC8"/>
    <w:p w14:paraId="4A95B633" w14:textId="77777777" w:rsidR="000E7AC8" w:rsidRDefault="000E7AC8"/>
    <w:p w14:paraId="1DF25CF6" w14:textId="77777777" w:rsidR="006E080D" w:rsidRPr="002A0E04" w:rsidRDefault="002A0E04" w:rsidP="002A0E04">
      <w:pPr>
        <w:rPr>
          <w:b/>
          <w:bCs/>
          <w:sz w:val="28"/>
          <w:szCs w:val="28"/>
          <w:u w:val="single"/>
        </w:rPr>
      </w:pPr>
      <w:r w:rsidRPr="006E080D">
        <w:rPr>
          <w:b/>
          <w:bCs/>
          <w:sz w:val="28"/>
          <w:szCs w:val="28"/>
          <w:u w:val="single"/>
        </w:rPr>
        <w:t>Email Template:</w:t>
      </w:r>
    </w:p>
    <w:p w14:paraId="75E5157E" w14:textId="77777777" w:rsidR="006E080D" w:rsidRDefault="006E080D" w:rsidP="006E080D">
      <w:r>
        <w:t>Hi [name],</w:t>
      </w:r>
      <w:r>
        <w:br/>
      </w:r>
      <w:r>
        <w:br/>
        <w:t>Thanks again for meeting with me. I'd like to move forward with starting therapy. Can you let me know the next steps for scheduling and paperwork?</w:t>
      </w:r>
      <w:r>
        <w:br/>
      </w:r>
      <w:r>
        <w:br/>
        <w:t>How I'll be funding therapy: [insurance, self-pay, sliding scale, etc.]</w:t>
      </w:r>
      <w:r>
        <w:br/>
      </w:r>
      <w:r>
        <w:br/>
        <w:t>Thanks,</w:t>
      </w:r>
      <w:r>
        <w:br/>
        <w:t>[name]</w:t>
      </w:r>
      <w:r>
        <w:br/>
        <w:t>Phone:</w:t>
      </w:r>
      <w:r>
        <w:br/>
        <w:t>Email:</w:t>
      </w:r>
    </w:p>
    <w:p w14:paraId="70767197" w14:textId="77777777" w:rsidR="00B90003" w:rsidRDefault="00D05881">
      <w:r>
        <w:br w:type="page"/>
      </w:r>
    </w:p>
    <w:p w14:paraId="0AF0A093" w14:textId="77777777" w:rsidR="00B90003" w:rsidRDefault="00D05881">
      <w:pPr>
        <w:pStyle w:val="Title"/>
      </w:pPr>
      <w:r>
        <w:lastRenderedPageBreak/>
        <w:t>Your First Appointment</w:t>
      </w:r>
    </w:p>
    <w:p w14:paraId="4C4CDE79" w14:textId="5BC903BA" w:rsidR="00B90003" w:rsidRPr="00A9161B" w:rsidRDefault="00D05881">
      <w:pPr>
        <w:rPr>
          <w:i/>
          <w:iCs/>
          <w:sz w:val="24"/>
          <w:szCs w:val="24"/>
        </w:rPr>
      </w:pPr>
      <w:r w:rsidRPr="00A9161B">
        <w:rPr>
          <w:i/>
          <w:iCs/>
          <w:sz w:val="24"/>
          <w:szCs w:val="24"/>
        </w:rPr>
        <w:t>The</w:t>
      </w:r>
      <w:r w:rsidR="00A9161B">
        <w:rPr>
          <w:i/>
          <w:iCs/>
          <w:sz w:val="24"/>
          <w:szCs w:val="24"/>
        </w:rPr>
        <w:t xml:space="preserve"> </w:t>
      </w:r>
      <w:r w:rsidR="00C46AEF">
        <w:rPr>
          <w:i/>
          <w:iCs/>
          <w:sz w:val="24"/>
          <w:szCs w:val="24"/>
        </w:rPr>
        <w:t>first</w:t>
      </w:r>
      <w:r w:rsidR="00A9161B">
        <w:rPr>
          <w:i/>
          <w:iCs/>
          <w:sz w:val="24"/>
          <w:szCs w:val="24"/>
        </w:rPr>
        <w:t xml:space="preserve"> </w:t>
      </w:r>
      <w:r w:rsidR="00C46AEF">
        <w:rPr>
          <w:i/>
          <w:iCs/>
          <w:sz w:val="24"/>
          <w:szCs w:val="24"/>
        </w:rPr>
        <w:t>appointment</w:t>
      </w:r>
      <w:r w:rsidR="00A9161B">
        <w:rPr>
          <w:i/>
          <w:iCs/>
          <w:sz w:val="24"/>
          <w:szCs w:val="24"/>
        </w:rPr>
        <w:t xml:space="preserve"> may start off </w:t>
      </w:r>
      <w:r w:rsidR="000E7AC8">
        <w:rPr>
          <w:i/>
          <w:iCs/>
          <w:sz w:val="24"/>
          <w:szCs w:val="24"/>
        </w:rPr>
        <w:t>awkward but</w:t>
      </w:r>
      <w:r w:rsidR="00A9161B">
        <w:rPr>
          <w:i/>
          <w:iCs/>
          <w:sz w:val="24"/>
          <w:szCs w:val="24"/>
        </w:rPr>
        <w:t xml:space="preserve"> will likel</w:t>
      </w:r>
      <w:r w:rsidR="00C46AEF">
        <w:rPr>
          <w:i/>
          <w:iCs/>
          <w:sz w:val="24"/>
          <w:szCs w:val="24"/>
        </w:rPr>
        <w:t xml:space="preserve">y be more comfortable as it progresses. You may have anxiety and feel nervous prior to the appointment. This is normal. </w:t>
      </w:r>
    </w:p>
    <w:p w14:paraId="3BFFB534" w14:textId="77777777" w:rsidR="00C46AEF" w:rsidRDefault="00C46AEF">
      <w:pPr>
        <w:pStyle w:val="Heading1"/>
      </w:pPr>
    </w:p>
    <w:p w14:paraId="5BD75F49" w14:textId="77777777" w:rsidR="00C46AEF" w:rsidRDefault="00C46AEF">
      <w:pPr>
        <w:pStyle w:val="Heading1"/>
      </w:pPr>
    </w:p>
    <w:p w14:paraId="706F53BA" w14:textId="77777777" w:rsidR="00B90003" w:rsidRDefault="00D05881">
      <w:pPr>
        <w:pStyle w:val="Heading1"/>
      </w:pPr>
      <w:r>
        <w:t>Before you go</w:t>
      </w:r>
    </w:p>
    <w:p w14:paraId="79EBE919" w14:textId="77777777" w:rsidR="00B90003" w:rsidRDefault="00D05881">
      <w:pPr>
        <w:pStyle w:val="ListBullet"/>
        <w:spacing w:after="40"/>
      </w:pPr>
      <w:r>
        <w:t>Feeling anxious, awkward or mixed about the first appointment is normal.</w:t>
      </w:r>
    </w:p>
    <w:p w14:paraId="6A5A5EE3" w14:textId="77777777" w:rsidR="00B90003" w:rsidRDefault="00D05881">
      <w:pPr>
        <w:pStyle w:val="ListBullet"/>
        <w:spacing w:after="40"/>
      </w:pPr>
      <w:r>
        <w:t>You do not have to get rid of those feelings. Go with the flow and give it a try.</w:t>
      </w:r>
    </w:p>
    <w:p w14:paraId="27F71F94" w14:textId="77777777" w:rsidR="00B90003" w:rsidRDefault="00D05881">
      <w:pPr>
        <w:pStyle w:val="ListBullet"/>
        <w:spacing w:after="40"/>
      </w:pPr>
      <w:r>
        <w:t>Treat the first appointment like an experiment. See how it goes.</w:t>
      </w:r>
    </w:p>
    <w:p w14:paraId="4E8346EF" w14:textId="77777777" w:rsidR="00B90003" w:rsidRDefault="00D05881">
      <w:pPr>
        <w:pStyle w:val="ListBullet"/>
        <w:spacing w:after="40"/>
      </w:pPr>
      <w:r>
        <w:t>There is no right way to prepare. The therapist</w:t>
      </w:r>
      <w:r w:rsidR="00C46AEF">
        <w:t xml:space="preserve"> </w:t>
      </w:r>
      <w:r w:rsidR="00CB0ADD">
        <w:t>will be able to guide the appointment if needed.</w:t>
      </w:r>
    </w:p>
    <w:p w14:paraId="1D451452" w14:textId="77777777" w:rsidR="00B90003" w:rsidRDefault="00D05881">
      <w:pPr>
        <w:pStyle w:val="ListBullet"/>
        <w:spacing w:after="40"/>
      </w:pPr>
      <w:r>
        <w:t>Bring a list, notes or records if that helps you; bring nothing</w:t>
      </w:r>
      <w:r w:rsidR="00CB0ADD">
        <w:t xml:space="preserve"> if it helps you. </w:t>
      </w:r>
    </w:p>
    <w:p w14:paraId="7E294AED" w14:textId="77777777" w:rsidR="00C46AEF" w:rsidRDefault="00C46AEF">
      <w:pPr>
        <w:pStyle w:val="Heading1"/>
      </w:pPr>
    </w:p>
    <w:p w14:paraId="112C6EB2" w14:textId="77777777" w:rsidR="00CB0ADD" w:rsidRPr="00CB0ADD" w:rsidRDefault="00CB0ADD" w:rsidP="00CB0ADD"/>
    <w:p w14:paraId="709F5B3B" w14:textId="77777777" w:rsidR="00B90003" w:rsidRDefault="00D05881">
      <w:pPr>
        <w:pStyle w:val="Heading1"/>
      </w:pPr>
      <w:r>
        <w:t>What to expect</w:t>
      </w:r>
    </w:p>
    <w:p w14:paraId="2C7BEBF5" w14:textId="77777777" w:rsidR="00B90003" w:rsidRDefault="00D05881">
      <w:pPr>
        <w:pStyle w:val="ListBullet"/>
        <w:spacing w:after="40"/>
      </w:pPr>
      <w:r>
        <w:t>It takes time to get used to someone and build rapport.</w:t>
      </w:r>
    </w:p>
    <w:p w14:paraId="2917E3DB" w14:textId="77777777" w:rsidR="00B90003" w:rsidRDefault="00D05881">
      <w:pPr>
        <w:pStyle w:val="ListBullet"/>
        <w:spacing w:after="40"/>
      </w:pPr>
      <w:r>
        <w:t>You can show up as authentically as you can today. You do not have to tell your whole story at once.</w:t>
      </w:r>
    </w:p>
    <w:p w14:paraId="148D17D6" w14:textId="77777777" w:rsidR="00B90003" w:rsidRDefault="00D05881">
      <w:pPr>
        <w:pStyle w:val="ListBullet"/>
        <w:spacing w:after="40"/>
      </w:pPr>
      <w:r>
        <w:t>The first appointment is often an intake. Expect some paperwork, questions about your history, a psychosocial assessment and discussion of a treatment plan.</w:t>
      </w:r>
    </w:p>
    <w:p w14:paraId="03D826F7" w14:textId="77777777" w:rsidR="00B90003" w:rsidRDefault="00D05881">
      <w:pPr>
        <w:pStyle w:val="ListBullet"/>
        <w:spacing w:after="40"/>
      </w:pPr>
      <w:r>
        <w:t>Some therapy may happen, but the first session often feels different from later sessions.</w:t>
      </w:r>
    </w:p>
    <w:p w14:paraId="165B8A61" w14:textId="77777777" w:rsidR="00B90003" w:rsidRDefault="00D05881">
      <w:pPr>
        <w:pStyle w:val="ListBullet"/>
        <w:spacing w:after="40"/>
      </w:pPr>
      <w:r>
        <w:t>It is fine to just show up and let the therapist guide the session.</w:t>
      </w:r>
    </w:p>
    <w:p w14:paraId="50D86B00" w14:textId="77777777" w:rsidR="00CB0ADD" w:rsidRDefault="00CB0ADD">
      <w:pPr>
        <w:pStyle w:val="Heading1"/>
      </w:pPr>
    </w:p>
    <w:p w14:paraId="198DCEF2" w14:textId="77777777" w:rsidR="00CB0ADD" w:rsidRDefault="00CB0ADD">
      <w:pPr>
        <w:pStyle w:val="Heading1"/>
      </w:pPr>
    </w:p>
    <w:p w14:paraId="7048DBA0" w14:textId="77777777" w:rsidR="00B90003" w:rsidRDefault="00D05881">
      <w:pPr>
        <w:pStyle w:val="Heading1"/>
      </w:pPr>
      <w:r>
        <w:t>Remember</w:t>
      </w:r>
    </w:p>
    <w:p w14:paraId="361E6E6E" w14:textId="77777777" w:rsidR="00B90003" w:rsidRDefault="00D05881">
      <w:pPr>
        <w:pStyle w:val="ListBullet"/>
        <w:spacing w:after="40"/>
      </w:pPr>
      <w:r>
        <w:t>You always have a choice.</w:t>
      </w:r>
    </w:p>
    <w:p w14:paraId="487F3B9E" w14:textId="42F5A4CD" w:rsidR="00B90003" w:rsidRDefault="00D05881">
      <w:pPr>
        <w:pStyle w:val="ListBullet"/>
        <w:spacing w:after="40"/>
      </w:pPr>
      <w:r>
        <w:t xml:space="preserve">One appointment does not </w:t>
      </w:r>
      <w:r w:rsidR="000E7AC8">
        <w:t>commit</w:t>
      </w:r>
      <w:r w:rsidR="00D56264">
        <w:t xml:space="preserve"> </w:t>
      </w:r>
      <w:r>
        <w:t>you to continuing.</w:t>
      </w:r>
    </w:p>
    <w:p w14:paraId="541EE514" w14:textId="77777777" w:rsidR="00B90003" w:rsidRDefault="00D05881">
      <w:pPr>
        <w:pStyle w:val="ListBullet"/>
        <w:spacing w:after="40"/>
      </w:pPr>
      <w:r>
        <w:t>You can ask for a break, use the bathroom, decline something, end a session early or decide not to come back.</w:t>
      </w:r>
    </w:p>
    <w:p w14:paraId="40471173" w14:textId="77777777" w:rsidR="00B90003" w:rsidRDefault="00D05881">
      <w:r>
        <w:br w:type="page"/>
      </w:r>
    </w:p>
    <w:p w14:paraId="017532D0" w14:textId="77777777" w:rsidR="00B90003" w:rsidRDefault="00D05881">
      <w:pPr>
        <w:pStyle w:val="Title"/>
      </w:pPr>
      <w:r>
        <w:lastRenderedPageBreak/>
        <w:t>Therapy Fit Check-In</w:t>
      </w:r>
    </w:p>
    <w:p w14:paraId="72ED39FF" w14:textId="6B1362AF" w:rsidR="00B90003" w:rsidRDefault="00D05881" w:rsidP="00D56264">
      <w:r w:rsidRPr="00CB0ADD">
        <w:t>After about 4 or 5 sessions</w:t>
      </w:r>
      <w:r w:rsidR="00CB0ADD">
        <w:t>, reflect on your experiences in the therapy sessions you have attended. Is this going well for you</w:t>
      </w:r>
      <w:r w:rsidR="000F6233">
        <w:t>?</w:t>
      </w:r>
    </w:p>
    <w:p w14:paraId="11D6E968" w14:textId="77777777" w:rsidR="00B90003" w:rsidRDefault="00D05881">
      <w:pPr>
        <w:pStyle w:val="Heading1"/>
      </w:pPr>
      <w:r>
        <w:t>Notice the direction</w:t>
      </w:r>
    </w:p>
    <w:p w14:paraId="7CC4FD17" w14:textId="77777777" w:rsidR="00B90003" w:rsidRDefault="00D05881">
      <w:pPr>
        <w:pStyle w:val="ListBullet"/>
        <w:spacing w:after="40"/>
      </w:pPr>
      <w:r>
        <w:t>How am I feeling overall?</w:t>
      </w:r>
    </w:p>
    <w:p w14:paraId="2C2E520B" w14:textId="77777777" w:rsidR="00B90003" w:rsidRDefault="00D05881">
      <w:pPr>
        <w:pStyle w:val="ListBullet"/>
        <w:spacing w:after="40"/>
      </w:pPr>
      <w:r>
        <w:t>What is happening with the issue that brought me to therapy?</w:t>
      </w:r>
    </w:p>
    <w:p w14:paraId="080E3F0D" w14:textId="77777777" w:rsidR="00B90003" w:rsidRDefault="00D05881">
      <w:pPr>
        <w:pStyle w:val="ListBullet"/>
        <w:spacing w:after="40"/>
      </w:pPr>
      <w:r>
        <w:t>Am I noticing improvement, relief or more hope?</w:t>
      </w:r>
    </w:p>
    <w:p w14:paraId="25957B0A" w14:textId="77777777" w:rsidR="00B90003" w:rsidRDefault="00D05881">
      <w:pPr>
        <w:pStyle w:val="ListBullet"/>
        <w:spacing w:after="40"/>
      </w:pPr>
      <w:r>
        <w:t>If change is slow, do I still feel optimistic about where we are going?</w:t>
      </w:r>
    </w:p>
    <w:p w14:paraId="729DF3A4" w14:textId="77777777" w:rsidR="00B90003" w:rsidRDefault="00D05881">
      <w:pPr>
        <w:pStyle w:val="ListBullet"/>
        <w:spacing w:after="40"/>
      </w:pPr>
      <w:r>
        <w:t>Does it feel stagnant or like things are getting worse?</w:t>
      </w:r>
    </w:p>
    <w:p w14:paraId="3098BF95" w14:textId="77777777" w:rsidR="00B90003" w:rsidRDefault="00D05881">
      <w:pPr>
        <w:pStyle w:val="Heading1"/>
      </w:pPr>
      <w:r>
        <w:t>Notice the relationship</w:t>
      </w:r>
    </w:p>
    <w:p w14:paraId="6EFA8B45" w14:textId="77777777" w:rsidR="00B90003" w:rsidRDefault="00D05881">
      <w:pPr>
        <w:pStyle w:val="ListBullet"/>
        <w:spacing w:after="40"/>
      </w:pPr>
      <w:r>
        <w:t>Is trust developing?</w:t>
      </w:r>
    </w:p>
    <w:p w14:paraId="1CBDD599" w14:textId="77777777" w:rsidR="00B90003" w:rsidRDefault="00D05881">
      <w:pPr>
        <w:pStyle w:val="ListBullet"/>
        <w:spacing w:after="40"/>
      </w:pPr>
      <w:r>
        <w:t>Can I open up at least somewhat?</w:t>
      </w:r>
    </w:p>
    <w:p w14:paraId="39B8080E" w14:textId="77777777" w:rsidR="00B90003" w:rsidRDefault="00D05881">
      <w:pPr>
        <w:pStyle w:val="ListBullet"/>
        <w:spacing w:after="40"/>
      </w:pPr>
      <w:r>
        <w:t>Can I take the mask off a little more?</w:t>
      </w:r>
    </w:p>
    <w:p w14:paraId="6419C0C6" w14:textId="77777777" w:rsidR="00B90003" w:rsidRDefault="00D05881">
      <w:pPr>
        <w:pStyle w:val="ListBullet"/>
        <w:spacing w:after="40"/>
      </w:pPr>
      <w:r>
        <w:t>Do I feel more spaciousness, relief, freedom or ability to be myself?</w:t>
      </w:r>
    </w:p>
    <w:p w14:paraId="4B0554E7" w14:textId="77777777" w:rsidR="00B90003" w:rsidRDefault="00D05881">
      <w:pPr>
        <w:pStyle w:val="ListBullet"/>
        <w:spacing w:after="40"/>
      </w:pPr>
      <w:r>
        <w:t>Do I feel safe enough to disagree or give feedback?</w:t>
      </w:r>
    </w:p>
    <w:p w14:paraId="26970E1E" w14:textId="77777777" w:rsidR="00B90003" w:rsidRDefault="00D05881">
      <w:pPr>
        <w:pStyle w:val="Heading1"/>
      </w:pPr>
      <w:r>
        <w:t>Feedback matters</w:t>
      </w:r>
    </w:p>
    <w:p w14:paraId="0C055378" w14:textId="77777777" w:rsidR="00B90003" w:rsidRDefault="00D05881">
      <w:pPr>
        <w:pStyle w:val="ListBullet"/>
        <w:spacing w:after="40"/>
      </w:pPr>
      <w:r>
        <w:t>Tell the therapist what is helping and what is not.</w:t>
      </w:r>
    </w:p>
    <w:p w14:paraId="435FC968" w14:textId="522AB3E6" w:rsidR="00B90003" w:rsidRDefault="00D05881">
      <w:pPr>
        <w:pStyle w:val="ListBullet"/>
        <w:spacing w:after="40"/>
      </w:pPr>
      <w:r>
        <w:t xml:space="preserve">Notice </w:t>
      </w:r>
      <w:r w:rsidR="000F6233">
        <w:t>how the therapist responds to feedback</w:t>
      </w:r>
      <w:r>
        <w:t xml:space="preserve">, </w:t>
      </w:r>
      <w:r w:rsidR="000F6233">
        <w:t xml:space="preserve">do they </w:t>
      </w:r>
      <w:r>
        <w:t xml:space="preserve">adjust and make meaningful </w:t>
      </w:r>
      <w:r w:rsidR="00D56264">
        <w:t>changes if</w:t>
      </w:r>
      <w:r w:rsidR="000F6233">
        <w:t xml:space="preserve"> needed?</w:t>
      </w:r>
    </w:p>
    <w:p w14:paraId="4CBE7811" w14:textId="77777777" w:rsidR="00B90003" w:rsidRDefault="00D05881">
      <w:pPr>
        <w:pStyle w:val="ListBullet"/>
        <w:spacing w:after="40"/>
      </w:pPr>
      <w:r>
        <w:t>If talking in person feels too hard, communicate another way and bring it back into the session when you can.</w:t>
      </w:r>
    </w:p>
    <w:p w14:paraId="4211037C" w14:textId="77777777" w:rsidR="00B90003" w:rsidRDefault="00984EF4">
      <w:pPr>
        <w:pStyle w:val="ListBullet"/>
        <w:spacing w:after="40"/>
      </w:pPr>
      <w:r>
        <w:t>Remember that self-advocacy and communication are part of therapy.</w:t>
      </w:r>
    </w:p>
    <w:p w14:paraId="21BF87B0" w14:textId="77777777" w:rsidR="00B90003" w:rsidRDefault="00D05881">
      <w:pPr>
        <w:pStyle w:val="Heading1"/>
      </w:pPr>
      <w:r>
        <w:t>If therapy feels worse</w:t>
      </w:r>
    </w:p>
    <w:p w14:paraId="4BC52408" w14:textId="77777777" w:rsidR="00B90003" w:rsidRDefault="00D05881">
      <w:pPr>
        <w:pStyle w:val="ListBullet"/>
        <w:spacing w:after="40"/>
      </w:pPr>
      <w:r>
        <w:t>Feeling worse does not always mean therapy is going badly. Difficult feelings can increase while working through trauma or painful material.</w:t>
      </w:r>
    </w:p>
    <w:p w14:paraId="6504307A" w14:textId="77777777" w:rsidR="00B90003" w:rsidRDefault="00D05881">
      <w:pPr>
        <w:pStyle w:val="ListBullet"/>
        <w:spacing w:after="40"/>
      </w:pPr>
      <w:r>
        <w:t xml:space="preserve">At the same time, fear of the therapist, repeated shutdown, coercion, discrimination, serious boundary problems or ethical concerns are </w:t>
      </w:r>
      <w:r w:rsidR="00F64756">
        <w:t xml:space="preserve">reasons to be concerned about your services. </w:t>
      </w:r>
    </w:p>
    <w:p w14:paraId="6CC4B5E6" w14:textId="77777777" w:rsidR="00B90003" w:rsidRDefault="00D05881">
      <w:pPr>
        <w:pStyle w:val="ListBullet"/>
        <w:spacing w:after="40"/>
      </w:pPr>
      <w:r>
        <w:t>You do not owe a therapist an attempt at repair before leaving. You always have the right to stop.</w:t>
      </w:r>
    </w:p>
    <w:p w14:paraId="518322E1" w14:textId="77777777" w:rsidR="00B90003" w:rsidRDefault="00CD57B3">
      <w:pPr>
        <w:pStyle w:val="Heading1"/>
      </w:pPr>
      <w:r>
        <w:t xml:space="preserve">How do you want to proceed? </w:t>
      </w:r>
    </w:p>
    <w:p w14:paraId="2EDDE1FD" w14:textId="189F6435" w:rsidR="00B90003" w:rsidRDefault="00D05881">
      <w:pPr>
        <w:pStyle w:val="ListBullet"/>
        <w:spacing w:after="40"/>
      </w:pPr>
      <w:r>
        <w:t>Keep going as is</w:t>
      </w:r>
      <w:r w:rsidR="00D56264">
        <w:t xml:space="preserve">, </w:t>
      </w:r>
    </w:p>
    <w:p w14:paraId="11336EFF" w14:textId="77777777" w:rsidR="00B90003" w:rsidRDefault="00D05881">
      <w:pPr>
        <w:pStyle w:val="ListBullet"/>
        <w:spacing w:after="40"/>
      </w:pPr>
      <w:r>
        <w:t>Meet more often or less often.</w:t>
      </w:r>
    </w:p>
    <w:p w14:paraId="7D35D612" w14:textId="1A7E1E0B" w:rsidR="00B90003" w:rsidRDefault="00D05881">
      <w:pPr>
        <w:pStyle w:val="ListBullet"/>
        <w:spacing w:after="40"/>
      </w:pPr>
      <w:r>
        <w:t xml:space="preserve">Change the </w:t>
      </w:r>
      <w:r w:rsidR="00D56264">
        <w:t>format</w:t>
      </w:r>
      <w:r>
        <w:t xml:space="preserve"> </w:t>
      </w:r>
      <w:r>
        <w:t>when possible</w:t>
      </w:r>
      <w:r>
        <w:t>.</w:t>
      </w:r>
    </w:p>
    <w:p w14:paraId="15625B8A" w14:textId="77777777" w:rsidR="00B90003" w:rsidRDefault="00D05881">
      <w:pPr>
        <w:pStyle w:val="ListBullet"/>
        <w:spacing w:after="40"/>
      </w:pPr>
      <w:r>
        <w:t>Ask to try a different approach.</w:t>
      </w:r>
    </w:p>
    <w:p w14:paraId="795E7F4B" w14:textId="77777777" w:rsidR="00B90003" w:rsidRDefault="00D05881">
      <w:pPr>
        <w:pStyle w:val="ListBullet"/>
        <w:pageBreakBefore/>
        <w:spacing w:after="40"/>
      </w:pPr>
      <w:r>
        <w:lastRenderedPageBreak/>
        <w:t>Talk about what is not working and reset the relationship.</w:t>
      </w:r>
    </w:p>
    <w:p w14:paraId="394648FF" w14:textId="77777777" w:rsidR="00B90003" w:rsidRDefault="00D05881">
      <w:pPr>
        <w:pStyle w:val="ListBullet"/>
        <w:spacing w:after="40"/>
      </w:pPr>
      <w:r>
        <w:t>Ask for a referral or choose another therapist.</w:t>
      </w:r>
    </w:p>
    <w:p w14:paraId="586B3614" w14:textId="77777777" w:rsidR="00B90003" w:rsidRDefault="00D05881">
      <w:pPr>
        <w:pStyle w:val="ListBullet"/>
        <w:spacing w:after="40"/>
      </w:pPr>
      <w:r>
        <w:t>Take a break or finish therapy.</w:t>
      </w:r>
    </w:p>
    <w:p w14:paraId="24067622" w14:textId="02880728" w:rsidR="00B90003" w:rsidRDefault="00D05881">
      <w:pPr>
        <w:pStyle w:val="ListBullet"/>
        <w:spacing w:after="40"/>
      </w:pPr>
      <w:r>
        <w:t xml:space="preserve">Try another kind of support </w:t>
      </w:r>
      <w:r w:rsidR="00CD57B3">
        <w:t xml:space="preserve">in addition to or in place </w:t>
      </w:r>
      <w:r w:rsidR="00D56264">
        <w:t>of therapy</w:t>
      </w:r>
      <w:r>
        <w:t>.</w:t>
      </w:r>
    </w:p>
    <w:p w14:paraId="26EEBA2A" w14:textId="77777777" w:rsidR="00B90003" w:rsidRDefault="00D05881">
      <w:r>
        <w:br w:type="page"/>
      </w:r>
    </w:p>
    <w:p w14:paraId="2F689F7F" w14:textId="77777777" w:rsidR="00B90003" w:rsidRDefault="00D05881">
      <w:pPr>
        <w:pStyle w:val="Title"/>
      </w:pPr>
      <w:r>
        <w:lastRenderedPageBreak/>
        <w:t>Resources</w:t>
      </w:r>
    </w:p>
    <w:p w14:paraId="463C78F2" w14:textId="77777777" w:rsidR="0004712B" w:rsidRDefault="0004712B">
      <w:pPr>
        <w:rPr>
          <w:b/>
          <w:color w:val="97593A"/>
        </w:rPr>
      </w:pPr>
    </w:p>
    <w:p w14:paraId="18F8A738" w14:textId="77777777" w:rsidR="0004712B" w:rsidRDefault="0004712B">
      <w:pPr>
        <w:rPr>
          <w:b/>
          <w:color w:val="97593A"/>
        </w:rPr>
      </w:pPr>
    </w:p>
    <w:p w14:paraId="1633D7E1" w14:textId="77777777" w:rsidR="00B90003" w:rsidRDefault="00D05881">
      <w:r>
        <w:rPr>
          <w:b/>
          <w:color w:val="97593A"/>
        </w:rPr>
        <w:t>CHADD</w:t>
      </w:r>
      <w:r>
        <w:br/>
        <w:t>chadd.org</w:t>
      </w:r>
      <w:r>
        <w:br/>
        <w:t>ADHD information and a professional directory.</w:t>
      </w:r>
    </w:p>
    <w:p w14:paraId="5DED7F9E" w14:textId="77777777" w:rsidR="00B90003" w:rsidRDefault="00D05881">
      <w:r>
        <w:rPr>
          <w:b/>
          <w:color w:val="97593A"/>
        </w:rPr>
        <w:t>ADDitude Magazine</w:t>
      </w:r>
      <w:r>
        <w:br/>
        <w:t>additudemag.com</w:t>
      </w:r>
      <w:r>
        <w:br/>
        <w:t>Articles and practical information about ADHD.</w:t>
      </w:r>
    </w:p>
    <w:p w14:paraId="7B45C908" w14:textId="77777777" w:rsidR="00B90003" w:rsidRDefault="00D05881">
      <w:r>
        <w:rPr>
          <w:b/>
          <w:color w:val="97593A"/>
        </w:rPr>
        <w:t>Divergent Therapy</w:t>
      </w:r>
      <w:r>
        <w:br/>
        <w:t>divergenttherapy.org</w:t>
      </w:r>
      <w:r>
        <w:br/>
        <w:t>For more information or to have a consultation with Jesse Jonesberg, MSW, LCSW, CPS. 414.306.5068</w:t>
      </w:r>
    </w:p>
    <w:p w14:paraId="3F3E22AE" w14:textId="77777777" w:rsidR="0004712B" w:rsidRDefault="0004712B">
      <w:pPr>
        <w:pStyle w:val="Heading1"/>
      </w:pPr>
    </w:p>
    <w:p w14:paraId="4DC540E8" w14:textId="77777777" w:rsidR="00B90003" w:rsidRDefault="00D05881">
      <w:pPr>
        <w:pStyle w:val="Heading1"/>
      </w:pPr>
      <w:r>
        <w:t>A note about ADHD stigma</w:t>
      </w:r>
    </w:p>
    <w:p w14:paraId="2357DA00" w14:textId="77777777" w:rsidR="00B90003" w:rsidRDefault="00D05881">
      <w:r>
        <w:t>ADHD stigma is real. Disbelief, stereotypes about laziness or effort, and assumptions about medication can make asking for help harder</w:t>
      </w:r>
      <w:r w:rsidR="00202910">
        <w:t xml:space="preserve"> with ADHD</w:t>
      </w:r>
      <w:r>
        <w:t>. You do not have to prove your ADHD or defend your need for support in therapy.</w:t>
      </w:r>
    </w:p>
    <w:p w14:paraId="7C53040B" w14:textId="77777777" w:rsidR="00202910" w:rsidRDefault="00202910"/>
    <w:p w14:paraId="17CF163B" w14:textId="77777777" w:rsidR="0004712B" w:rsidRDefault="0004712B"/>
    <w:p w14:paraId="7E948F33" w14:textId="77777777" w:rsidR="0004712B" w:rsidRDefault="0004712B"/>
    <w:p w14:paraId="24469974" w14:textId="77777777" w:rsidR="0004712B" w:rsidRDefault="0004712B"/>
    <w:p w14:paraId="4379CFC8" w14:textId="77777777" w:rsidR="00202910" w:rsidRDefault="00202910" w:rsidP="00202910">
      <w:pPr>
        <w:pStyle w:val="Heading1"/>
      </w:pPr>
      <w:r>
        <w:t xml:space="preserve">Mental Health Crisis </w:t>
      </w:r>
      <w:r w:rsidR="00EF19A2">
        <w:t xml:space="preserve">Phone </w:t>
      </w:r>
      <w:r w:rsidR="00AB0D10">
        <w:t>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378"/>
      </w:tblGrid>
      <w:tr w:rsidR="00EF19A2" w14:paraId="20EE6543" w14:textId="77777777" w:rsidTr="0008791E">
        <w:tc>
          <w:tcPr>
            <w:tcW w:w="1980" w:type="dxa"/>
          </w:tcPr>
          <w:p w14:paraId="332500ED" w14:textId="77777777" w:rsidR="00EF19A2" w:rsidRPr="001C241F" w:rsidRDefault="00EF19A2" w:rsidP="00362534">
            <w:pPr>
              <w:jc w:val="center"/>
              <w:rPr>
                <w:b/>
                <w:bCs/>
                <w:sz w:val="24"/>
                <w:szCs w:val="24"/>
              </w:rPr>
            </w:pPr>
            <w:r w:rsidRPr="001C241F">
              <w:rPr>
                <w:b/>
                <w:bCs/>
                <w:sz w:val="24"/>
                <w:szCs w:val="24"/>
              </w:rPr>
              <w:t>988</w:t>
            </w:r>
          </w:p>
        </w:tc>
        <w:tc>
          <w:tcPr>
            <w:tcW w:w="8378" w:type="dxa"/>
          </w:tcPr>
          <w:p w14:paraId="2DA152B3" w14:textId="77777777" w:rsidR="00EF19A2" w:rsidRDefault="0004712B">
            <w:r w:rsidRPr="0004712B">
              <w:rPr>
                <w:u w:val="single"/>
              </w:rPr>
              <w:t>Suicide &amp; Crisis Lifeline:</w:t>
            </w:r>
            <w:r>
              <w:t xml:space="preserve"> </w:t>
            </w:r>
            <w:r w:rsidR="00EF19A2" w:rsidRPr="00EF19A2">
              <w:t>free, confidential service available nationwide for anyone experiencing mental health-related distress, thoughts of suicide, or substance use concerns</w:t>
            </w:r>
          </w:p>
        </w:tc>
      </w:tr>
      <w:tr w:rsidR="00EF19A2" w14:paraId="219F5E70" w14:textId="77777777" w:rsidTr="0008791E">
        <w:tc>
          <w:tcPr>
            <w:tcW w:w="1980" w:type="dxa"/>
          </w:tcPr>
          <w:p w14:paraId="74AF72B5" w14:textId="77777777" w:rsidR="00EF19A2" w:rsidRPr="001C241F" w:rsidRDefault="00E5582D" w:rsidP="00362534">
            <w:pPr>
              <w:jc w:val="center"/>
              <w:rPr>
                <w:b/>
                <w:bCs/>
                <w:sz w:val="24"/>
                <w:szCs w:val="24"/>
              </w:rPr>
            </w:pPr>
            <w:r w:rsidRPr="001C241F">
              <w:rPr>
                <w:b/>
                <w:bCs/>
                <w:sz w:val="24"/>
                <w:szCs w:val="24"/>
              </w:rPr>
              <w:t>Text HOME to</w:t>
            </w:r>
            <w:r w:rsidR="001C241F">
              <w:rPr>
                <w:b/>
                <w:bCs/>
                <w:sz w:val="24"/>
                <w:szCs w:val="24"/>
              </w:rPr>
              <w:t>:</w:t>
            </w:r>
            <w:r w:rsidRPr="001C241F">
              <w:rPr>
                <w:b/>
                <w:bCs/>
                <w:sz w:val="24"/>
                <w:szCs w:val="24"/>
              </w:rPr>
              <w:t xml:space="preserve"> 74</w:t>
            </w:r>
            <w:r w:rsidR="00362534" w:rsidRPr="001C241F">
              <w:rPr>
                <w:b/>
                <w:bCs/>
                <w:sz w:val="24"/>
                <w:szCs w:val="24"/>
              </w:rPr>
              <w:t>1</w:t>
            </w:r>
            <w:r w:rsidRPr="001C241F">
              <w:rPr>
                <w:b/>
                <w:bCs/>
                <w:sz w:val="24"/>
                <w:szCs w:val="24"/>
              </w:rPr>
              <w:t>741</w:t>
            </w:r>
          </w:p>
        </w:tc>
        <w:tc>
          <w:tcPr>
            <w:tcW w:w="8378" w:type="dxa"/>
          </w:tcPr>
          <w:p w14:paraId="09D092E0" w14:textId="77777777" w:rsidR="00EF19A2" w:rsidRDefault="00CC49AC">
            <w:r w:rsidRPr="00CC49AC">
              <w:rPr>
                <w:u w:val="single"/>
              </w:rPr>
              <w:t>Crisis Text Line:</w:t>
            </w:r>
            <w:r>
              <w:t xml:space="preserve"> </w:t>
            </w:r>
            <w:r w:rsidR="00C80F97" w:rsidRPr="00C80F97">
              <w:t>connect with a crisis counselor over text</w:t>
            </w:r>
          </w:p>
        </w:tc>
      </w:tr>
      <w:tr w:rsidR="00EF19A2" w14:paraId="5793401B" w14:textId="77777777" w:rsidTr="0008791E">
        <w:tc>
          <w:tcPr>
            <w:tcW w:w="1980" w:type="dxa"/>
          </w:tcPr>
          <w:p w14:paraId="79F6B7F7" w14:textId="77777777" w:rsidR="00EF19A2" w:rsidRPr="001C241F" w:rsidRDefault="0008791E">
            <w:pPr>
              <w:rPr>
                <w:b/>
                <w:bCs/>
                <w:sz w:val="24"/>
                <w:szCs w:val="24"/>
              </w:rPr>
            </w:pPr>
            <w:r w:rsidRPr="001C241F">
              <w:rPr>
                <w:b/>
                <w:bCs/>
                <w:sz w:val="24"/>
                <w:szCs w:val="24"/>
              </w:rPr>
              <w:t>414.257.7222</w:t>
            </w:r>
          </w:p>
        </w:tc>
        <w:tc>
          <w:tcPr>
            <w:tcW w:w="8378" w:type="dxa"/>
          </w:tcPr>
          <w:p w14:paraId="08FC714D" w14:textId="77777777" w:rsidR="00EF19A2" w:rsidRDefault="009A372C">
            <w:r w:rsidRPr="009A372C">
              <w:rPr>
                <w:u w:val="single"/>
              </w:rPr>
              <w:t>Milwaukee Mobile Crisis:</w:t>
            </w:r>
            <w:r>
              <w:t xml:space="preserve"> </w:t>
            </w:r>
            <w:r w:rsidR="00685549" w:rsidRPr="00685549">
              <w:t xml:space="preserve">24/7 team of </w:t>
            </w:r>
            <w:r w:rsidR="00685549">
              <w:t xml:space="preserve">Milwaukee-based </w:t>
            </w:r>
            <w:r w:rsidR="00685549" w:rsidRPr="00685549">
              <w:t>counselors, psychologists, and nurses who can provide on-site assessments and help stabilize a mental health crisis in the community</w:t>
            </w:r>
          </w:p>
        </w:tc>
      </w:tr>
      <w:tr w:rsidR="00EF19A2" w14:paraId="17DD4BDE" w14:textId="77777777" w:rsidTr="0008791E">
        <w:tc>
          <w:tcPr>
            <w:tcW w:w="1980" w:type="dxa"/>
          </w:tcPr>
          <w:p w14:paraId="470F414C" w14:textId="77777777" w:rsidR="00EF19A2" w:rsidRPr="001C241F" w:rsidRDefault="001C241F">
            <w:pPr>
              <w:rPr>
                <w:b/>
                <w:bCs/>
                <w:sz w:val="24"/>
                <w:szCs w:val="24"/>
              </w:rPr>
            </w:pPr>
            <w:r w:rsidRPr="001C241F">
              <w:rPr>
                <w:b/>
                <w:bCs/>
                <w:sz w:val="24"/>
                <w:szCs w:val="24"/>
              </w:rPr>
              <w:t>414-966-3030</w:t>
            </w:r>
          </w:p>
        </w:tc>
        <w:tc>
          <w:tcPr>
            <w:tcW w:w="8378" w:type="dxa"/>
          </w:tcPr>
          <w:p w14:paraId="2F48D342" w14:textId="77777777" w:rsidR="00EF19A2" w:rsidRDefault="0055284E">
            <w:r w:rsidRPr="009A372C">
              <w:rPr>
                <w:u w:val="single"/>
              </w:rPr>
              <w:t>Mental Health Emergency Center (MHEC)</w:t>
            </w:r>
            <w:r w:rsidR="00AA05FC" w:rsidRPr="009A372C">
              <w:rPr>
                <w:u w:val="single"/>
              </w:rPr>
              <w:t>:</w:t>
            </w:r>
            <w:r w:rsidR="00AA05FC">
              <w:t xml:space="preserve"> </w:t>
            </w:r>
            <w:r w:rsidR="00AA05FC" w:rsidRPr="00AA05FC">
              <w:t>visit the Mental Health Emergency Center physically for 24/7 psychiatric emergency department care tailored for adults and adolescents in Milwaukee County</w:t>
            </w:r>
          </w:p>
        </w:tc>
      </w:tr>
    </w:tbl>
    <w:p w14:paraId="1FB442AA" w14:textId="77777777" w:rsidR="00EF19A2" w:rsidRDefault="00EF19A2"/>
    <w:p w14:paraId="616E4461" w14:textId="77777777" w:rsidR="00EF19A2" w:rsidRDefault="00EF19A2"/>
    <w:p w14:paraId="5E422829" w14:textId="77777777" w:rsidR="00B90003" w:rsidRDefault="00D05881">
      <w:r>
        <w:br w:type="page"/>
      </w:r>
    </w:p>
    <w:p w14:paraId="2B0B8E74" w14:textId="77777777" w:rsidR="00B90003" w:rsidRDefault="00D05881">
      <w:pPr>
        <w:pStyle w:val="Title"/>
      </w:pPr>
      <w:r>
        <w:lastRenderedPageBreak/>
        <w:t>Selected Bibliography</w:t>
      </w:r>
    </w:p>
    <w:p w14:paraId="7564BEA5" w14:textId="77777777" w:rsidR="00B90003" w:rsidRDefault="00D05881">
      <w:r>
        <w:rPr>
          <w:b/>
          <w:color w:val="5F6F4F"/>
          <w:sz w:val="22"/>
        </w:rPr>
        <w:t>Research connected to this toolkit</w:t>
      </w:r>
    </w:p>
    <w:p w14:paraId="34F2BD39" w14:textId="77777777" w:rsidR="00B90003" w:rsidRDefault="00D05881">
      <w:r>
        <w:t>This is a selected reading list, not a complete review of ADHD treatment research.</w:t>
      </w:r>
    </w:p>
    <w:p w14:paraId="5F520228" w14:textId="77777777" w:rsidR="00B90003" w:rsidRDefault="00D05881">
      <w:pPr>
        <w:spacing w:after="140"/>
        <w:ind w:left="259" w:hanging="259"/>
      </w:pPr>
      <w:r>
        <w:t>Flückiger, C., Del Re, A. C., Wampold, B. E., &amp; Horvath, A. O. (2018). The alliance in adult psychotherapy: A meta-analytic synthesis. Psychotherapy, 55(4), 316-340. https://doi.org/10.1037/pst0000172</w:t>
      </w:r>
    </w:p>
    <w:p w14:paraId="68299930" w14:textId="77777777" w:rsidR="00B90003" w:rsidRDefault="00D05881">
      <w:pPr>
        <w:spacing w:after="140"/>
        <w:ind w:left="259" w:hanging="259"/>
      </w:pPr>
      <w:r>
        <w:t>Knouse, L. E., Teller, J., &amp; Brooks, M. A. (2017). Meta-analysis of cognitive-behavioral treatments for adult ADHD. Journal of Consulting and Clinical Psychology, 85(7), 737-750. https://doi.org/10.1037/ccp0000216</w:t>
      </w:r>
    </w:p>
    <w:p w14:paraId="1EE6AC6B" w14:textId="77777777" w:rsidR="00B90003" w:rsidRDefault="00D05881">
      <w:pPr>
        <w:spacing w:after="140"/>
        <w:ind w:left="259" w:hanging="259"/>
      </w:pPr>
      <w:r>
        <w:t>López-Pinar, C., Selaskowski, B., Schulze, M., Oscarsson, M., Fenollar-Cortés, J., Sibley, M. H., Philipsen, A., &amp; Hirvikoski, T. (2026). Cognitive behavioral therapy effects on global functioning, domain-specific functioning, and quality of life in adult ADHD: A comprehensive meta-analysis. Behaviour Research and Therapy, 201, 105026.</w:t>
      </w:r>
    </w:p>
    <w:p w14:paraId="12714084" w14:textId="77777777" w:rsidR="00B90003" w:rsidRDefault="00D05881">
      <w:pPr>
        <w:spacing w:after="140"/>
        <w:ind w:left="259" w:hanging="259"/>
      </w:pPr>
      <w:r>
        <w:t>Kim, H. H., et al. (2025). Mindfulness-based interventions for adults with ADHD: A systematic review and meta-analysis. Journal of Psychiatric Research. PubMed Central: PMC12440486.</w:t>
      </w:r>
    </w:p>
    <w:p w14:paraId="1DC4D1E9" w14:textId="77777777" w:rsidR="00B90003" w:rsidRDefault="00D05881">
      <w:pPr>
        <w:spacing w:after="140"/>
        <w:ind w:left="259" w:hanging="259"/>
      </w:pPr>
      <w:r>
        <w:t>Krishnamoorthy, T., et al. (2026). Stigma in adults with ADHD: A systematic review of types, experiences, and potential implications for quality of life. Frontiers in Psychiatry. https://doi.org/10.3389/fpsyt.2026.1783271</w:t>
      </w:r>
    </w:p>
    <w:p w14:paraId="22B595D6" w14:textId="77777777" w:rsidR="00B90003" w:rsidRDefault="00D05881">
      <w:pPr>
        <w:spacing w:after="140"/>
        <w:ind w:left="259" w:hanging="259"/>
      </w:pPr>
      <w:r>
        <w:t>Jesse Jonesberg. Neuroaffirming Care: 5 Principles for Therapists. Divergent Therapy. https://divergenttherapy.org/f/neuroaffirming-care-5-principles-for-therapists/</w:t>
      </w:r>
    </w:p>
    <w:p w14:paraId="2B420371" w14:textId="77777777" w:rsidR="00B90003" w:rsidRDefault="00D05881">
      <w:pPr>
        <w:spacing w:after="140"/>
        <w:ind w:left="259" w:hanging="259"/>
      </w:pPr>
      <w:r>
        <w:t>U.S. Department of Health and Human Services. Licensure for behavioral health and licensing across state lines. Telehealth.HHS.gov. https://telehealth.hhs.gov/licensure/licensure-for-behavioral-health</w:t>
      </w:r>
    </w:p>
    <w:p w14:paraId="1E8AD195" w14:textId="77777777" w:rsidR="00B90003" w:rsidRDefault="00D05881">
      <w:pPr>
        <w:spacing w:after="140"/>
        <w:ind w:left="259" w:hanging="259"/>
      </w:pPr>
      <w:r>
        <w:t>Hildebrand, A., Grand, D., &amp; Stemmler, M. (2017). Brainspotting: The efficacy of a new therapy approach for the treatment of posttraumatic stress disorder in comparison to Eye Movement Desensitization and Reprocessing. Mediterranean Journal of Clinical Psychology, 5(1). https://doi.org/10.6092/2282-1619/2017.5.1376</w:t>
      </w:r>
    </w:p>
    <w:p w14:paraId="4E96F833" w14:textId="77777777" w:rsidR="00B90003" w:rsidRDefault="00D05881">
      <w:pPr>
        <w:spacing w:after="140"/>
        <w:ind w:left="259" w:hanging="259"/>
      </w:pPr>
      <w:r>
        <w:t>Kuhfuß, M., Maldei, T., Hetmanek, A., &amp; Baumann, N. (2021). Somatic experiencing: Using interoception and proprioception as core elements of trauma therapy. Frontiers in Psychology, 12, 649694. https://doi.org/10.3389/fpsyg.2021.649694</w:t>
      </w:r>
    </w:p>
    <w:p w14:paraId="10BCA9C7" w14:textId="77777777" w:rsidR="00B90003" w:rsidRDefault="00D05881">
      <w:r>
        <w:br/>
        <w:t>Created and owned by Jesse Jonesberg, MSW, LCSW, CPS</w:t>
      </w:r>
      <w:r>
        <w:br/>
        <w:t>divergenttherapy.org | 414.306.5068</w:t>
      </w:r>
    </w:p>
    <w:sectPr w:rsidR="00B90003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F7F3D" w14:textId="77777777" w:rsidR="00D05881" w:rsidRDefault="00D05881">
      <w:pPr>
        <w:spacing w:after="0" w:line="240" w:lineRule="auto"/>
      </w:pPr>
      <w:r>
        <w:separator/>
      </w:r>
    </w:p>
  </w:endnote>
  <w:endnote w:type="continuationSeparator" w:id="0">
    <w:p w14:paraId="1283AFD8" w14:textId="77777777" w:rsidR="00D05881" w:rsidRDefault="00D05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B3DFB" w14:textId="77777777" w:rsidR="00B90003" w:rsidRPr="001D0A43" w:rsidRDefault="00D05881">
    <w:pPr>
      <w:pStyle w:val="Footer"/>
      <w:jc w:val="right"/>
      <w:rPr>
        <w:sz w:val="20"/>
        <w:szCs w:val="20"/>
      </w:rPr>
    </w:pPr>
    <w:r>
      <w:rPr>
        <w:sz w:val="16"/>
      </w:rPr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24EFB" w14:textId="77777777" w:rsidR="00D05881" w:rsidRDefault="00D05881">
      <w:pPr>
        <w:spacing w:after="0" w:line="240" w:lineRule="auto"/>
      </w:pPr>
      <w:r>
        <w:separator/>
      </w:r>
    </w:p>
  </w:footnote>
  <w:footnote w:type="continuationSeparator" w:id="0">
    <w:p w14:paraId="1AC50C79" w14:textId="77777777" w:rsidR="00D05881" w:rsidRDefault="00D05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6809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A91E39"/>
    <w:multiLevelType w:val="hybridMultilevel"/>
    <w:tmpl w:val="CCA0CC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02945">
    <w:abstractNumId w:val="8"/>
  </w:num>
  <w:num w:numId="2" w16cid:durableId="1845437032">
    <w:abstractNumId w:val="6"/>
  </w:num>
  <w:num w:numId="3" w16cid:durableId="489295421">
    <w:abstractNumId w:val="5"/>
  </w:num>
  <w:num w:numId="4" w16cid:durableId="958952291">
    <w:abstractNumId w:val="4"/>
  </w:num>
  <w:num w:numId="5" w16cid:durableId="407389435">
    <w:abstractNumId w:val="7"/>
  </w:num>
  <w:num w:numId="6" w16cid:durableId="2114548260">
    <w:abstractNumId w:val="3"/>
  </w:num>
  <w:num w:numId="7" w16cid:durableId="1831602411">
    <w:abstractNumId w:val="2"/>
  </w:num>
  <w:num w:numId="8" w16cid:durableId="350649780">
    <w:abstractNumId w:val="1"/>
  </w:num>
  <w:num w:numId="9" w16cid:durableId="2066023975">
    <w:abstractNumId w:val="0"/>
  </w:num>
  <w:num w:numId="10" w16cid:durableId="19069147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12B"/>
    <w:rsid w:val="0006063C"/>
    <w:rsid w:val="000674D5"/>
    <w:rsid w:val="000849A8"/>
    <w:rsid w:val="0008791E"/>
    <w:rsid w:val="000A6B34"/>
    <w:rsid w:val="000B0FE6"/>
    <w:rsid w:val="000D0CC6"/>
    <w:rsid w:val="000D0EA3"/>
    <w:rsid w:val="000E7AC8"/>
    <w:rsid w:val="000F6233"/>
    <w:rsid w:val="0015074B"/>
    <w:rsid w:val="0019621A"/>
    <w:rsid w:val="001C241F"/>
    <w:rsid w:val="001C48B8"/>
    <w:rsid w:val="001D0A43"/>
    <w:rsid w:val="001D52CA"/>
    <w:rsid w:val="001F2714"/>
    <w:rsid w:val="00202910"/>
    <w:rsid w:val="00245E65"/>
    <w:rsid w:val="002679F9"/>
    <w:rsid w:val="00285A2A"/>
    <w:rsid w:val="0029639D"/>
    <w:rsid w:val="002A0E04"/>
    <w:rsid w:val="002B0499"/>
    <w:rsid w:val="002E4C22"/>
    <w:rsid w:val="00326F90"/>
    <w:rsid w:val="00362534"/>
    <w:rsid w:val="00364F73"/>
    <w:rsid w:val="00374213"/>
    <w:rsid w:val="00390920"/>
    <w:rsid w:val="003B62AA"/>
    <w:rsid w:val="003D1F9E"/>
    <w:rsid w:val="003D663E"/>
    <w:rsid w:val="003D7F4A"/>
    <w:rsid w:val="003E39C8"/>
    <w:rsid w:val="00423824"/>
    <w:rsid w:val="004334B5"/>
    <w:rsid w:val="0044103D"/>
    <w:rsid w:val="004E5114"/>
    <w:rsid w:val="004F20D9"/>
    <w:rsid w:val="004F27D7"/>
    <w:rsid w:val="00515FE7"/>
    <w:rsid w:val="0055284E"/>
    <w:rsid w:val="006102A4"/>
    <w:rsid w:val="00614119"/>
    <w:rsid w:val="00672709"/>
    <w:rsid w:val="00685549"/>
    <w:rsid w:val="00692AF4"/>
    <w:rsid w:val="006A7DDA"/>
    <w:rsid w:val="006E080D"/>
    <w:rsid w:val="006E7B60"/>
    <w:rsid w:val="007044B0"/>
    <w:rsid w:val="007063B0"/>
    <w:rsid w:val="00722A9B"/>
    <w:rsid w:val="00734509"/>
    <w:rsid w:val="007B0EA1"/>
    <w:rsid w:val="007C5255"/>
    <w:rsid w:val="007C6EBE"/>
    <w:rsid w:val="008150AD"/>
    <w:rsid w:val="00831A4A"/>
    <w:rsid w:val="008653F9"/>
    <w:rsid w:val="00886DB7"/>
    <w:rsid w:val="008F5661"/>
    <w:rsid w:val="00907B45"/>
    <w:rsid w:val="00947B96"/>
    <w:rsid w:val="00950B60"/>
    <w:rsid w:val="00984EF4"/>
    <w:rsid w:val="009A372C"/>
    <w:rsid w:val="009A5919"/>
    <w:rsid w:val="009A65AC"/>
    <w:rsid w:val="009F1E11"/>
    <w:rsid w:val="00A05E99"/>
    <w:rsid w:val="00A21F67"/>
    <w:rsid w:val="00A46961"/>
    <w:rsid w:val="00A8208D"/>
    <w:rsid w:val="00A9161B"/>
    <w:rsid w:val="00A96B19"/>
    <w:rsid w:val="00AA05FC"/>
    <w:rsid w:val="00AA1D8D"/>
    <w:rsid w:val="00AB0D10"/>
    <w:rsid w:val="00AD5992"/>
    <w:rsid w:val="00AE54E9"/>
    <w:rsid w:val="00B47730"/>
    <w:rsid w:val="00B90003"/>
    <w:rsid w:val="00B90BB1"/>
    <w:rsid w:val="00C01233"/>
    <w:rsid w:val="00C023E4"/>
    <w:rsid w:val="00C06CD9"/>
    <w:rsid w:val="00C070AE"/>
    <w:rsid w:val="00C12CD7"/>
    <w:rsid w:val="00C31B96"/>
    <w:rsid w:val="00C43EB4"/>
    <w:rsid w:val="00C46AEF"/>
    <w:rsid w:val="00C80F97"/>
    <w:rsid w:val="00C94D3E"/>
    <w:rsid w:val="00CB0664"/>
    <w:rsid w:val="00CB0ADD"/>
    <w:rsid w:val="00CC49AC"/>
    <w:rsid w:val="00CD57B3"/>
    <w:rsid w:val="00CD6EDB"/>
    <w:rsid w:val="00CE1EBC"/>
    <w:rsid w:val="00CE59C2"/>
    <w:rsid w:val="00D05881"/>
    <w:rsid w:val="00D249C2"/>
    <w:rsid w:val="00D25B42"/>
    <w:rsid w:val="00D56264"/>
    <w:rsid w:val="00D6158E"/>
    <w:rsid w:val="00D6482F"/>
    <w:rsid w:val="00D66183"/>
    <w:rsid w:val="00DB4680"/>
    <w:rsid w:val="00DC487D"/>
    <w:rsid w:val="00DC6F36"/>
    <w:rsid w:val="00DF73A4"/>
    <w:rsid w:val="00E231DB"/>
    <w:rsid w:val="00E5582D"/>
    <w:rsid w:val="00E5738F"/>
    <w:rsid w:val="00E67038"/>
    <w:rsid w:val="00E670A0"/>
    <w:rsid w:val="00E86AC6"/>
    <w:rsid w:val="00E92471"/>
    <w:rsid w:val="00EA146F"/>
    <w:rsid w:val="00EA6921"/>
    <w:rsid w:val="00EB3F63"/>
    <w:rsid w:val="00EC299B"/>
    <w:rsid w:val="00EE1F74"/>
    <w:rsid w:val="00EE5E01"/>
    <w:rsid w:val="00EF03E1"/>
    <w:rsid w:val="00EF19A2"/>
    <w:rsid w:val="00F22265"/>
    <w:rsid w:val="00F46A6E"/>
    <w:rsid w:val="00F64756"/>
    <w:rsid w:val="00F66E4A"/>
    <w:rsid w:val="00FB27A6"/>
    <w:rsid w:val="00FC693F"/>
    <w:rsid w:val="00F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890EDC"/>
  <w14:defaultImageDpi w14:val="300"/>
  <w15:docId w15:val="{07E553E7-7FEE-400F-9F2E-D7CBF163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1A"/>
    <w:pPr>
      <w:spacing w:after="100"/>
    </w:pPr>
    <w:rPr>
      <w:rFonts w:ascii="Aptos" w:hAnsi="Aptos"/>
      <w:color w:val="2D2D2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97593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5F6F4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564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2610</Words>
  <Characters>14882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Jesse Jonesberg Intrinsic Change</cp:lastModifiedBy>
  <cp:revision>5</cp:revision>
  <dcterms:created xsi:type="dcterms:W3CDTF">2026-09-18T03:48:00Z</dcterms:created>
  <dcterms:modified xsi:type="dcterms:W3CDTF">2026-09-18T03:54:00Z</dcterms:modified>
  <cp:category/>
</cp:coreProperties>
</file>